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36" w:rsidRPr="00786977" w:rsidRDefault="000D06AF" w:rsidP="000D06AF">
      <w:pPr>
        <w:jc w:val="center"/>
        <w:rPr>
          <w:b/>
          <w:sz w:val="40"/>
          <w:lang w:val="fr-FR"/>
        </w:rPr>
      </w:pPr>
      <w:r>
        <w:rPr>
          <w:b/>
          <w:sz w:val="40"/>
          <w:lang w:val="fr-FR"/>
        </w:rPr>
        <w:t>VINS POP</w:t>
      </w:r>
      <w:r>
        <w:rPr>
          <w:noProof/>
          <w:lang w:val="fr-FR" w:eastAsia="fr-FR"/>
        </w:rPr>
        <w:drawing>
          <wp:inline distT="0" distB="0" distL="0" distR="0" wp14:anchorId="390C7382" wp14:editId="2DB8048A">
            <wp:extent cx="762000" cy="762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ordeaux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67" cy="76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99C" w:rsidRPr="00786977">
        <w:rPr>
          <w:b/>
          <w:sz w:val="40"/>
          <w:lang w:val="fr-FR"/>
        </w:rPr>
        <w:t>TARIF PROFESSIONNEL</w:t>
      </w:r>
      <w:r>
        <w:rPr>
          <w:b/>
          <w:sz w:val="40"/>
          <w:lang w:val="fr-FR"/>
        </w:rPr>
        <w:t xml:space="preserve"> 2026</w:t>
      </w:r>
    </w:p>
    <w:p w:rsidR="00E61936" w:rsidRPr="000D06AF" w:rsidRDefault="0007299C" w:rsidP="000D06AF">
      <w:pPr>
        <w:jc w:val="center"/>
        <w:rPr>
          <w:b/>
          <w:lang w:val="fr-FR"/>
        </w:rPr>
      </w:pPr>
      <w:r w:rsidRPr="000D06AF">
        <w:rPr>
          <w:b/>
          <w:lang w:val="fr-FR"/>
        </w:rPr>
        <w:t xml:space="preserve">vinspop.com | Romain Gonzalez | 07 83 62 68 33 | </w:t>
      </w:r>
      <w:hyperlink r:id="rId10" w:history="1">
        <w:r w:rsidR="00F70EDC" w:rsidRPr="000D06AF">
          <w:rPr>
            <w:rStyle w:val="Lienhypertexte"/>
            <w:b/>
            <w:lang w:val="fr-FR"/>
          </w:rPr>
          <w:t>lesvinspop@gmail.com</w:t>
        </w:r>
      </w:hyperlink>
    </w:p>
    <w:p w:rsidR="00E61936" w:rsidRPr="00786977" w:rsidRDefault="0007299C">
      <w:pPr>
        <w:pStyle w:val="Titre2"/>
        <w:rPr>
          <w:rFonts w:asciiTheme="minorHAnsi" w:hAnsiTheme="minorHAnsi"/>
          <w:lang w:val="fr-FR"/>
        </w:rPr>
      </w:pPr>
      <w:r w:rsidRPr="00786977">
        <w:rPr>
          <w:rFonts w:asciiTheme="minorHAnsi" w:hAnsiTheme="minorHAnsi"/>
          <w:lang w:val="fr-FR"/>
        </w:rPr>
        <w:t>ROUGES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9"/>
        <w:gridCol w:w="2461"/>
        <w:gridCol w:w="3923"/>
        <w:gridCol w:w="2036"/>
        <w:gridCol w:w="1741"/>
        <w:gridCol w:w="1480"/>
        <w:gridCol w:w="1102"/>
      </w:tblGrid>
      <w:tr w:rsidR="007F1130" w:rsidRPr="00786977" w:rsidTr="00E76B58">
        <w:tc>
          <w:tcPr>
            <w:tcW w:w="2519" w:type="dxa"/>
          </w:tcPr>
          <w:p w:rsidR="007F1130" w:rsidRPr="00E76B58" w:rsidRDefault="007F1130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Région</w:t>
            </w:r>
          </w:p>
        </w:tc>
        <w:tc>
          <w:tcPr>
            <w:tcW w:w="2461" w:type="dxa"/>
          </w:tcPr>
          <w:p w:rsidR="007F1130" w:rsidRPr="00E76B58" w:rsidRDefault="007F1130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AOC IGP VDF</w:t>
            </w:r>
          </w:p>
        </w:tc>
        <w:tc>
          <w:tcPr>
            <w:tcW w:w="3923" w:type="dxa"/>
          </w:tcPr>
          <w:p w:rsidR="007F1130" w:rsidRPr="00E76B58" w:rsidRDefault="007F1130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Domaine/Cuvée</w:t>
            </w:r>
          </w:p>
        </w:tc>
        <w:tc>
          <w:tcPr>
            <w:tcW w:w="2036" w:type="dxa"/>
          </w:tcPr>
          <w:p w:rsidR="007F1130" w:rsidRPr="00E76B58" w:rsidRDefault="007F1130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Vignerons</w:t>
            </w:r>
          </w:p>
        </w:tc>
        <w:tc>
          <w:tcPr>
            <w:tcW w:w="1741" w:type="dxa"/>
          </w:tcPr>
          <w:p w:rsidR="007F1130" w:rsidRPr="00E76B58" w:rsidRDefault="007F1130">
            <w:pPr>
              <w:rPr>
                <w:b/>
                <w:lang w:val="fr-FR"/>
              </w:rPr>
            </w:pPr>
            <w:proofErr w:type="spellStart"/>
            <w:r w:rsidRPr="00E76B58">
              <w:rPr>
                <w:b/>
                <w:lang w:val="fr-FR"/>
              </w:rPr>
              <w:t>Cepage</w:t>
            </w:r>
            <w:proofErr w:type="spellEnd"/>
          </w:p>
        </w:tc>
        <w:tc>
          <w:tcPr>
            <w:tcW w:w="1480" w:type="dxa"/>
          </w:tcPr>
          <w:p w:rsidR="007F1130" w:rsidRPr="00E76B58" w:rsidRDefault="007F1130">
            <w:pPr>
              <w:rPr>
                <w:b/>
              </w:rPr>
            </w:pPr>
            <w:r w:rsidRPr="00E76B58">
              <w:rPr>
                <w:b/>
              </w:rPr>
              <w:t>Certification</w:t>
            </w:r>
          </w:p>
        </w:tc>
        <w:tc>
          <w:tcPr>
            <w:tcW w:w="1102" w:type="dxa"/>
          </w:tcPr>
          <w:p w:rsidR="007F1130" w:rsidRPr="00E76B58" w:rsidRDefault="007F1130">
            <w:pPr>
              <w:rPr>
                <w:b/>
              </w:rPr>
            </w:pPr>
            <w:r w:rsidRPr="00E76B58">
              <w:rPr>
                <w:b/>
              </w:rPr>
              <w:t>Prix HT</w:t>
            </w:r>
          </w:p>
        </w:tc>
      </w:tr>
      <w:tr w:rsidR="007F1130" w:rsidRPr="00786977" w:rsidTr="00E76B58">
        <w:tc>
          <w:tcPr>
            <w:tcW w:w="2519" w:type="dxa"/>
          </w:tcPr>
          <w:p w:rsidR="007F1130" w:rsidRPr="00786977" w:rsidRDefault="007F1130">
            <w:r w:rsidRPr="00786977">
              <w:t>Rhône</w:t>
            </w:r>
          </w:p>
        </w:tc>
        <w:tc>
          <w:tcPr>
            <w:tcW w:w="2461" w:type="dxa"/>
          </w:tcPr>
          <w:p w:rsidR="007F1130" w:rsidRPr="00786977" w:rsidRDefault="007F1130">
            <w:r w:rsidRPr="00786977">
              <w:t>Côtes du Rhône Nature</w:t>
            </w:r>
          </w:p>
        </w:tc>
        <w:tc>
          <w:tcPr>
            <w:tcW w:w="3923" w:type="dxa"/>
          </w:tcPr>
          <w:p w:rsidR="007F1130" w:rsidRPr="00786977" w:rsidRDefault="007F1130">
            <w:r w:rsidRPr="00786977">
              <w:t>Estezargues</w:t>
            </w:r>
          </w:p>
        </w:tc>
        <w:tc>
          <w:tcPr>
            <w:tcW w:w="2036" w:type="dxa"/>
          </w:tcPr>
          <w:p w:rsidR="007F1130" w:rsidRPr="00786977" w:rsidRDefault="007F1130">
            <w:proofErr w:type="spellStart"/>
            <w:r w:rsidRPr="00786977">
              <w:t>Estezargues</w:t>
            </w:r>
            <w:proofErr w:type="spellEnd"/>
          </w:p>
        </w:tc>
        <w:tc>
          <w:tcPr>
            <w:tcW w:w="1741" w:type="dxa"/>
          </w:tcPr>
          <w:p w:rsidR="007F1130" w:rsidRPr="00786977" w:rsidRDefault="00D11906">
            <w:r w:rsidRPr="00786977">
              <w:t xml:space="preserve">Gr </w:t>
            </w:r>
            <w:proofErr w:type="spellStart"/>
            <w:r w:rsidRPr="00786977">
              <w:t>Sy</w:t>
            </w:r>
            <w:proofErr w:type="spellEnd"/>
            <w:r w:rsidRPr="00786977">
              <w:t xml:space="preserve"> Car</w:t>
            </w:r>
          </w:p>
        </w:tc>
        <w:tc>
          <w:tcPr>
            <w:tcW w:w="1480" w:type="dxa"/>
          </w:tcPr>
          <w:p w:rsidR="007F1130" w:rsidRPr="00786977" w:rsidRDefault="007F1130">
            <w:r w:rsidRPr="00786977">
              <w:t>Bio/Nature</w:t>
            </w:r>
          </w:p>
        </w:tc>
        <w:tc>
          <w:tcPr>
            <w:tcW w:w="1102" w:type="dxa"/>
          </w:tcPr>
          <w:p w:rsidR="007F1130" w:rsidRPr="00786977" w:rsidRDefault="007F1130">
            <w:r w:rsidRPr="00786977">
              <w:t>4,89</w:t>
            </w:r>
          </w:p>
        </w:tc>
      </w:tr>
      <w:tr w:rsidR="007F1130" w:rsidRPr="00786977" w:rsidTr="00E76B58">
        <w:tc>
          <w:tcPr>
            <w:tcW w:w="2519" w:type="dxa"/>
          </w:tcPr>
          <w:p w:rsidR="007F1130" w:rsidRPr="00786977" w:rsidRDefault="007F1130">
            <w:r w:rsidRPr="00786977">
              <w:t>Rhône</w:t>
            </w:r>
          </w:p>
        </w:tc>
        <w:tc>
          <w:tcPr>
            <w:tcW w:w="2461" w:type="dxa"/>
          </w:tcPr>
          <w:p w:rsidR="007F1130" w:rsidRPr="00786977" w:rsidRDefault="007F1130" w:rsidP="00D11906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Coteaux Pont du Gard </w:t>
            </w:r>
          </w:p>
        </w:tc>
        <w:tc>
          <w:tcPr>
            <w:tcW w:w="3923" w:type="dxa"/>
          </w:tcPr>
          <w:p w:rsidR="007F1130" w:rsidRPr="00786977" w:rsidRDefault="007F1130">
            <w:proofErr w:type="spellStart"/>
            <w:r w:rsidRPr="00786977">
              <w:t>Estezargues</w:t>
            </w:r>
            <w:proofErr w:type="spellEnd"/>
            <w:r w:rsidRPr="00786977">
              <w:t xml:space="preserve"> </w:t>
            </w:r>
            <w:r w:rsidRPr="00786977">
              <w:rPr>
                <w:lang w:val="fr-FR"/>
              </w:rPr>
              <w:t>Cuvée Z</w:t>
            </w:r>
          </w:p>
        </w:tc>
        <w:tc>
          <w:tcPr>
            <w:tcW w:w="2036" w:type="dxa"/>
          </w:tcPr>
          <w:p w:rsidR="007F1130" w:rsidRPr="00786977" w:rsidRDefault="007F1130">
            <w:proofErr w:type="spellStart"/>
            <w:r w:rsidRPr="00786977">
              <w:t>Estezargues</w:t>
            </w:r>
            <w:proofErr w:type="spellEnd"/>
          </w:p>
        </w:tc>
        <w:tc>
          <w:tcPr>
            <w:tcW w:w="1741" w:type="dxa"/>
          </w:tcPr>
          <w:p w:rsidR="007F1130" w:rsidRPr="00786977" w:rsidRDefault="00D11906">
            <w:r w:rsidRPr="00786977">
              <w:t xml:space="preserve">Cal </w:t>
            </w:r>
          </w:p>
        </w:tc>
        <w:tc>
          <w:tcPr>
            <w:tcW w:w="1480" w:type="dxa"/>
          </w:tcPr>
          <w:p w:rsidR="007F1130" w:rsidRPr="00786977" w:rsidRDefault="0067516D">
            <w:r w:rsidRPr="00786977">
              <w:t>Bio/Nature</w:t>
            </w:r>
          </w:p>
        </w:tc>
        <w:tc>
          <w:tcPr>
            <w:tcW w:w="1102" w:type="dxa"/>
          </w:tcPr>
          <w:p w:rsidR="007F1130" w:rsidRPr="00786977" w:rsidRDefault="007F1130">
            <w:r w:rsidRPr="00786977">
              <w:t>4,19</w:t>
            </w:r>
          </w:p>
        </w:tc>
      </w:tr>
      <w:tr w:rsidR="007F1130" w:rsidRPr="00786977" w:rsidTr="00E76B58">
        <w:tc>
          <w:tcPr>
            <w:tcW w:w="2519" w:type="dxa"/>
          </w:tcPr>
          <w:p w:rsidR="007F1130" w:rsidRPr="00786977" w:rsidRDefault="007F1130">
            <w:r w:rsidRPr="00786977">
              <w:t>Rhône</w:t>
            </w:r>
          </w:p>
        </w:tc>
        <w:tc>
          <w:tcPr>
            <w:tcW w:w="2461" w:type="dxa"/>
          </w:tcPr>
          <w:p w:rsidR="007F1130" w:rsidRPr="00786977" w:rsidRDefault="007F1130">
            <w:r w:rsidRPr="00786977">
              <w:t>Costières de Nîmes</w:t>
            </w:r>
          </w:p>
        </w:tc>
        <w:tc>
          <w:tcPr>
            <w:tcW w:w="3923" w:type="dxa"/>
          </w:tcPr>
          <w:p w:rsidR="007F1130" w:rsidRPr="00786977" w:rsidRDefault="007F1130">
            <w:r w:rsidRPr="00786977">
              <w:t xml:space="preserve">Domaine des </w:t>
            </w:r>
            <w:proofErr w:type="spellStart"/>
            <w:r w:rsidRPr="00786977">
              <w:t>Perilleres</w:t>
            </w:r>
            <w:proofErr w:type="spellEnd"/>
          </w:p>
        </w:tc>
        <w:tc>
          <w:tcPr>
            <w:tcW w:w="2036" w:type="dxa"/>
          </w:tcPr>
          <w:p w:rsidR="007F1130" w:rsidRPr="00786977" w:rsidRDefault="007F1130">
            <w:proofErr w:type="spellStart"/>
            <w:r w:rsidRPr="00786977">
              <w:t>Estezargues</w:t>
            </w:r>
            <w:proofErr w:type="spellEnd"/>
          </w:p>
        </w:tc>
        <w:tc>
          <w:tcPr>
            <w:tcW w:w="1741" w:type="dxa"/>
          </w:tcPr>
          <w:p w:rsidR="007F1130" w:rsidRPr="00786977" w:rsidRDefault="0067516D">
            <w:proofErr w:type="spellStart"/>
            <w:r w:rsidRPr="00786977">
              <w:t>Sy</w:t>
            </w:r>
            <w:proofErr w:type="spellEnd"/>
            <w:r w:rsidRPr="00786977">
              <w:t xml:space="preserve"> Gr </w:t>
            </w:r>
            <w:proofErr w:type="spellStart"/>
            <w:r w:rsidRPr="00786977">
              <w:t>Mou</w:t>
            </w:r>
            <w:proofErr w:type="spellEnd"/>
          </w:p>
        </w:tc>
        <w:tc>
          <w:tcPr>
            <w:tcW w:w="1480" w:type="dxa"/>
          </w:tcPr>
          <w:p w:rsidR="007F1130" w:rsidRPr="00786977" w:rsidRDefault="0067516D">
            <w:r w:rsidRPr="00786977">
              <w:t>Bio/Nature</w:t>
            </w:r>
          </w:p>
        </w:tc>
        <w:tc>
          <w:tcPr>
            <w:tcW w:w="1102" w:type="dxa"/>
          </w:tcPr>
          <w:p w:rsidR="007F1130" w:rsidRPr="00786977" w:rsidRDefault="007F1130">
            <w:r w:rsidRPr="00786977">
              <w:t>5,69</w:t>
            </w:r>
          </w:p>
        </w:tc>
      </w:tr>
      <w:tr w:rsidR="007F1130" w:rsidRPr="00786977" w:rsidTr="00E76B58">
        <w:tc>
          <w:tcPr>
            <w:tcW w:w="2519" w:type="dxa"/>
          </w:tcPr>
          <w:p w:rsidR="007F1130" w:rsidRPr="00786977" w:rsidRDefault="007F1130">
            <w:r w:rsidRPr="00786977">
              <w:t>Rhône</w:t>
            </w:r>
          </w:p>
        </w:tc>
        <w:tc>
          <w:tcPr>
            <w:tcW w:w="2461" w:type="dxa"/>
          </w:tcPr>
          <w:p w:rsidR="007F1130" w:rsidRPr="00786977" w:rsidRDefault="007F1130">
            <w:r w:rsidRPr="00786977">
              <w:t>Saint-Joseph Tradition</w:t>
            </w:r>
          </w:p>
        </w:tc>
        <w:tc>
          <w:tcPr>
            <w:tcW w:w="3923" w:type="dxa"/>
          </w:tcPr>
          <w:p w:rsidR="007F1130" w:rsidRPr="00786977" w:rsidRDefault="007F1130">
            <w:r w:rsidRPr="00786977">
              <w:t xml:space="preserve">Cave de St </w:t>
            </w:r>
            <w:proofErr w:type="spellStart"/>
            <w:r w:rsidRPr="00786977">
              <w:t>Désirât</w:t>
            </w:r>
            <w:proofErr w:type="spellEnd"/>
          </w:p>
        </w:tc>
        <w:tc>
          <w:tcPr>
            <w:tcW w:w="2036" w:type="dxa"/>
          </w:tcPr>
          <w:p w:rsidR="007F1130" w:rsidRPr="00786977" w:rsidRDefault="00D11906">
            <w:r w:rsidRPr="00786977">
              <w:t>Coop</w:t>
            </w:r>
          </w:p>
        </w:tc>
        <w:tc>
          <w:tcPr>
            <w:tcW w:w="1741" w:type="dxa"/>
          </w:tcPr>
          <w:p w:rsidR="007F1130" w:rsidRPr="00786977" w:rsidRDefault="0067516D">
            <w:r w:rsidRPr="00786977">
              <w:t>Syrah</w:t>
            </w:r>
          </w:p>
        </w:tc>
        <w:tc>
          <w:tcPr>
            <w:tcW w:w="1480" w:type="dxa"/>
          </w:tcPr>
          <w:p w:rsidR="007F1130" w:rsidRPr="00786977" w:rsidRDefault="0067516D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7F1130" w:rsidRPr="00786977" w:rsidRDefault="007F1130">
            <w:r w:rsidRPr="00786977">
              <w:t>11,90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>
            <w:r w:rsidRPr="00786977">
              <w:t>Rhône</w:t>
            </w:r>
          </w:p>
        </w:tc>
        <w:tc>
          <w:tcPr>
            <w:tcW w:w="2461" w:type="dxa"/>
          </w:tcPr>
          <w:p w:rsidR="00D11906" w:rsidRPr="00786977" w:rsidRDefault="00D11906" w:rsidP="00D11906">
            <w:r w:rsidRPr="00786977">
              <w:t xml:space="preserve">Crozes-Hermitage </w:t>
            </w:r>
          </w:p>
        </w:tc>
        <w:tc>
          <w:tcPr>
            <w:tcW w:w="3923" w:type="dxa"/>
          </w:tcPr>
          <w:p w:rsidR="00D11906" w:rsidRPr="00786977" w:rsidRDefault="00D11906">
            <w:r w:rsidRPr="00786977">
              <w:t xml:space="preserve">Domaine des </w:t>
            </w:r>
            <w:proofErr w:type="spellStart"/>
            <w:r w:rsidRPr="00786977">
              <w:t>Remizières</w:t>
            </w:r>
            <w:proofErr w:type="spellEnd"/>
            <w:r w:rsidRPr="00786977">
              <w:t xml:space="preserve"> “</w:t>
            </w:r>
            <w:proofErr w:type="spellStart"/>
            <w:r w:rsidRPr="00786977">
              <w:t>Origine</w:t>
            </w:r>
            <w:proofErr w:type="spellEnd"/>
            <w:r w:rsidRPr="00786977">
              <w:t>”</w:t>
            </w:r>
          </w:p>
        </w:tc>
        <w:tc>
          <w:tcPr>
            <w:tcW w:w="2036" w:type="dxa"/>
          </w:tcPr>
          <w:p w:rsidR="00D11906" w:rsidRPr="00786977" w:rsidRDefault="00D11906" w:rsidP="00F70EDC">
            <w:r w:rsidRPr="00786977">
              <w:t xml:space="preserve">Emilie </w:t>
            </w:r>
            <w:proofErr w:type="spellStart"/>
            <w:r w:rsidRPr="00786977">
              <w:t>Desmeure</w:t>
            </w:r>
            <w:proofErr w:type="spellEnd"/>
          </w:p>
        </w:tc>
        <w:tc>
          <w:tcPr>
            <w:tcW w:w="1741" w:type="dxa"/>
          </w:tcPr>
          <w:p w:rsidR="00D11906" w:rsidRPr="00786977" w:rsidRDefault="008C4B8E">
            <w:r w:rsidRPr="00786977">
              <w:t>Syrah</w:t>
            </w:r>
          </w:p>
        </w:tc>
        <w:tc>
          <w:tcPr>
            <w:tcW w:w="1480" w:type="dxa"/>
          </w:tcPr>
          <w:p w:rsidR="00D11906" w:rsidRPr="00786977" w:rsidRDefault="0067516D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D11906" w:rsidRPr="00786977" w:rsidRDefault="00D11906">
            <w:r w:rsidRPr="00786977">
              <w:t>11,90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Rhone</w:t>
            </w:r>
            <w:r w:rsidR="008C4B8E" w:rsidRPr="00786977">
              <w:t xml:space="preserve"> Bag In Box</w:t>
            </w:r>
          </w:p>
        </w:tc>
        <w:tc>
          <w:tcPr>
            <w:tcW w:w="2461" w:type="dxa"/>
          </w:tcPr>
          <w:p w:rsidR="004D3BDF" w:rsidRPr="00786977" w:rsidRDefault="008C4B8E" w:rsidP="00D11906">
            <w:r w:rsidRPr="00786977">
              <w:t>Cotes du Rhone</w:t>
            </w:r>
          </w:p>
        </w:tc>
        <w:tc>
          <w:tcPr>
            <w:tcW w:w="3923" w:type="dxa"/>
          </w:tcPr>
          <w:p w:rsidR="004D3BDF" w:rsidRPr="00786977" w:rsidRDefault="008C4B8E">
            <w:proofErr w:type="spellStart"/>
            <w:r w:rsidRPr="00786977">
              <w:t>Cuvée</w:t>
            </w:r>
            <w:proofErr w:type="spellEnd"/>
            <w:r w:rsidRPr="00786977">
              <w:t xml:space="preserve"> des </w:t>
            </w:r>
            <w:proofErr w:type="spellStart"/>
            <w:r w:rsidRPr="00786977">
              <w:t>Galets</w:t>
            </w:r>
            <w:proofErr w:type="spellEnd"/>
          </w:p>
        </w:tc>
        <w:tc>
          <w:tcPr>
            <w:tcW w:w="2036" w:type="dxa"/>
          </w:tcPr>
          <w:p w:rsidR="004D3BDF" w:rsidRPr="00786977" w:rsidRDefault="008C4B8E" w:rsidP="00F70EDC">
            <w:proofErr w:type="spellStart"/>
            <w:r w:rsidRPr="00786977">
              <w:t>Estezargues</w:t>
            </w:r>
            <w:proofErr w:type="spellEnd"/>
          </w:p>
        </w:tc>
        <w:tc>
          <w:tcPr>
            <w:tcW w:w="1741" w:type="dxa"/>
          </w:tcPr>
          <w:p w:rsidR="004D3BDF" w:rsidRPr="00786977" w:rsidRDefault="008C4B8E">
            <w:proofErr w:type="spellStart"/>
            <w:r w:rsidRPr="00786977">
              <w:t>Sy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Gre</w:t>
            </w:r>
            <w:proofErr w:type="spellEnd"/>
          </w:p>
        </w:tc>
        <w:tc>
          <w:tcPr>
            <w:tcW w:w="1480" w:type="dxa"/>
          </w:tcPr>
          <w:p w:rsidR="004D3BDF" w:rsidRPr="00786977" w:rsidRDefault="008C4B8E">
            <w:r w:rsidRPr="00786977">
              <w:t>Nature</w:t>
            </w:r>
          </w:p>
        </w:tc>
        <w:tc>
          <w:tcPr>
            <w:tcW w:w="1102" w:type="dxa"/>
          </w:tcPr>
          <w:p w:rsidR="004D3BDF" w:rsidRPr="00786977" w:rsidRDefault="008C4B8E">
            <w:r w:rsidRPr="00786977">
              <w:t>38.90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>
            <w:r w:rsidRPr="00786977">
              <w:t>Languedoc</w:t>
            </w:r>
          </w:p>
        </w:tc>
        <w:tc>
          <w:tcPr>
            <w:tcW w:w="2461" w:type="dxa"/>
          </w:tcPr>
          <w:p w:rsidR="00D11906" w:rsidRPr="00786977" w:rsidRDefault="00D11906">
            <w:r w:rsidRPr="00786977">
              <w:t>Pic Saint-Loup</w:t>
            </w:r>
          </w:p>
        </w:tc>
        <w:tc>
          <w:tcPr>
            <w:tcW w:w="3923" w:type="dxa"/>
          </w:tcPr>
          <w:p w:rsidR="00D11906" w:rsidRPr="00786977" w:rsidRDefault="00D11906">
            <w:r w:rsidRPr="00786977">
              <w:t xml:space="preserve">Chateau Les </w:t>
            </w:r>
            <w:proofErr w:type="spellStart"/>
            <w:r w:rsidRPr="00786977">
              <w:t>Mouchères</w:t>
            </w:r>
            <w:proofErr w:type="spellEnd"/>
          </w:p>
        </w:tc>
        <w:tc>
          <w:tcPr>
            <w:tcW w:w="2036" w:type="dxa"/>
          </w:tcPr>
          <w:p w:rsidR="00D11906" w:rsidRPr="00786977" w:rsidRDefault="00D11906">
            <w:r w:rsidRPr="00786977">
              <w:t xml:space="preserve">JP </w:t>
            </w:r>
            <w:proofErr w:type="spellStart"/>
            <w:r w:rsidRPr="00786977">
              <w:t>Teissedre</w:t>
            </w:r>
            <w:proofErr w:type="spellEnd"/>
          </w:p>
        </w:tc>
        <w:tc>
          <w:tcPr>
            <w:tcW w:w="1741" w:type="dxa"/>
          </w:tcPr>
          <w:p w:rsidR="00D11906" w:rsidRPr="00786977" w:rsidRDefault="0067516D">
            <w:r w:rsidRPr="00786977">
              <w:t>Syrah Grenache</w:t>
            </w:r>
          </w:p>
        </w:tc>
        <w:tc>
          <w:tcPr>
            <w:tcW w:w="1480" w:type="dxa"/>
          </w:tcPr>
          <w:p w:rsidR="00D11906" w:rsidRPr="00786977" w:rsidRDefault="0067516D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D11906" w:rsidRPr="00786977" w:rsidRDefault="00D11906">
            <w:r w:rsidRPr="00786977">
              <w:t>6,89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>
            <w:r w:rsidRPr="00786977">
              <w:t>Languedoc</w:t>
            </w:r>
          </w:p>
        </w:tc>
        <w:tc>
          <w:tcPr>
            <w:tcW w:w="2461" w:type="dxa"/>
          </w:tcPr>
          <w:p w:rsidR="00D11906" w:rsidRPr="00786977" w:rsidRDefault="00D11906" w:rsidP="007F1130">
            <w:r w:rsidRPr="00786977">
              <w:t xml:space="preserve">Pic Saint-Loup </w:t>
            </w:r>
          </w:p>
        </w:tc>
        <w:tc>
          <w:tcPr>
            <w:tcW w:w="3923" w:type="dxa"/>
          </w:tcPr>
          <w:p w:rsidR="00D11906" w:rsidRPr="00786977" w:rsidRDefault="00D11906">
            <w:r w:rsidRPr="00786977">
              <w:t xml:space="preserve">Chateau Les </w:t>
            </w:r>
            <w:proofErr w:type="spellStart"/>
            <w:r w:rsidRPr="00786977">
              <w:t>Mouchères</w:t>
            </w:r>
            <w:proofErr w:type="spellEnd"/>
            <w:r w:rsidRPr="00786977">
              <w:t xml:space="preserve"> “</w:t>
            </w:r>
            <w:proofErr w:type="spellStart"/>
            <w:r w:rsidRPr="00786977">
              <w:t>Centhaurées</w:t>
            </w:r>
            <w:proofErr w:type="spellEnd"/>
            <w:r w:rsidRPr="00786977">
              <w:t>”</w:t>
            </w:r>
          </w:p>
        </w:tc>
        <w:tc>
          <w:tcPr>
            <w:tcW w:w="2036" w:type="dxa"/>
          </w:tcPr>
          <w:p w:rsidR="00D11906" w:rsidRPr="00786977" w:rsidRDefault="00D11906">
            <w:r w:rsidRPr="00786977">
              <w:t xml:space="preserve">JP </w:t>
            </w:r>
            <w:proofErr w:type="spellStart"/>
            <w:r w:rsidRPr="00786977">
              <w:t>Teissedre</w:t>
            </w:r>
            <w:proofErr w:type="spellEnd"/>
          </w:p>
        </w:tc>
        <w:tc>
          <w:tcPr>
            <w:tcW w:w="1741" w:type="dxa"/>
          </w:tcPr>
          <w:p w:rsidR="00D11906" w:rsidRPr="00786977" w:rsidRDefault="0067516D">
            <w:proofErr w:type="spellStart"/>
            <w:r w:rsidRPr="00786977">
              <w:t>Sy</w:t>
            </w:r>
            <w:proofErr w:type="spellEnd"/>
            <w:r w:rsidRPr="00786977">
              <w:t xml:space="preserve"> Gr </w:t>
            </w:r>
            <w:proofErr w:type="spellStart"/>
            <w:r w:rsidRPr="00786977">
              <w:t>Mou</w:t>
            </w:r>
            <w:proofErr w:type="spellEnd"/>
          </w:p>
        </w:tc>
        <w:tc>
          <w:tcPr>
            <w:tcW w:w="1480" w:type="dxa"/>
          </w:tcPr>
          <w:p w:rsidR="00D11906" w:rsidRPr="00786977" w:rsidRDefault="0067516D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D11906" w:rsidRPr="00786977" w:rsidRDefault="00D11906">
            <w:r w:rsidRPr="00786977">
              <w:t>8,89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>
            <w:r w:rsidRPr="00786977">
              <w:t>Languedoc</w:t>
            </w:r>
          </w:p>
        </w:tc>
        <w:tc>
          <w:tcPr>
            <w:tcW w:w="2461" w:type="dxa"/>
          </w:tcPr>
          <w:p w:rsidR="00D11906" w:rsidRPr="00786977" w:rsidRDefault="00D11906">
            <w:r w:rsidRPr="00786977">
              <w:t>Faugères Millepeyres</w:t>
            </w:r>
          </w:p>
        </w:tc>
        <w:tc>
          <w:tcPr>
            <w:tcW w:w="3923" w:type="dxa"/>
          </w:tcPr>
          <w:p w:rsidR="00D11906" w:rsidRPr="00786977" w:rsidRDefault="00D11906">
            <w:r w:rsidRPr="00786977">
              <w:t xml:space="preserve">Domaine </w:t>
            </w:r>
            <w:proofErr w:type="spellStart"/>
            <w:r w:rsidRPr="00786977">
              <w:t>Valembelle</w:t>
            </w:r>
            <w:proofErr w:type="spellEnd"/>
            <w:r w:rsidR="0067516D" w:rsidRPr="00786977">
              <w:t xml:space="preserve"> “</w:t>
            </w:r>
            <w:proofErr w:type="spellStart"/>
            <w:r w:rsidR="0067516D" w:rsidRPr="00786977">
              <w:t>Millepeyres</w:t>
            </w:r>
            <w:proofErr w:type="spellEnd"/>
            <w:r w:rsidR="0067516D" w:rsidRPr="00786977">
              <w:t>”</w:t>
            </w:r>
          </w:p>
        </w:tc>
        <w:tc>
          <w:tcPr>
            <w:tcW w:w="2036" w:type="dxa"/>
          </w:tcPr>
          <w:p w:rsidR="00D11906" w:rsidRPr="00786977" w:rsidRDefault="00D11906">
            <w:proofErr w:type="spellStart"/>
            <w:r w:rsidRPr="00786977">
              <w:t>Famille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Abbal</w:t>
            </w:r>
            <w:proofErr w:type="spellEnd"/>
          </w:p>
        </w:tc>
        <w:tc>
          <w:tcPr>
            <w:tcW w:w="1741" w:type="dxa"/>
          </w:tcPr>
          <w:p w:rsidR="00D11906" w:rsidRPr="00786977" w:rsidRDefault="0067516D">
            <w:proofErr w:type="spellStart"/>
            <w:r w:rsidRPr="00786977">
              <w:t>Sy</w:t>
            </w:r>
            <w:proofErr w:type="spellEnd"/>
            <w:r w:rsidRPr="00786977">
              <w:t xml:space="preserve"> Gr </w:t>
            </w:r>
            <w:proofErr w:type="spellStart"/>
            <w:r w:rsidRPr="00786977">
              <w:t>Mou</w:t>
            </w:r>
            <w:proofErr w:type="spellEnd"/>
            <w:r w:rsidRPr="00786977">
              <w:t xml:space="preserve"> Car</w:t>
            </w:r>
          </w:p>
        </w:tc>
        <w:tc>
          <w:tcPr>
            <w:tcW w:w="1480" w:type="dxa"/>
          </w:tcPr>
          <w:p w:rsidR="00D11906" w:rsidRPr="00786977" w:rsidRDefault="0067516D">
            <w:r w:rsidRPr="00786977">
              <w:t>Bio</w:t>
            </w:r>
          </w:p>
        </w:tc>
        <w:tc>
          <w:tcPr>
            <w:tcW w:w="1102" w:type="dxa"/>
          </w:tcPr>
          <w:p w:rsidR="00D11906" w:rsidRPr="00786977" w:rsidRDefault="00D11906">
            <w:r w:rsidRPr="00786977">
              <w:t>5,79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>
            <w:r w:rsidRPr="00786977">
              <w:t>Languedoc</w:t>
            </w:r>
          </w:p>
        </w:tc>
        <w:tc>
          <w:tcPr>
            <w:tcW w:w="2461" w:type="dxa"/>
          </w:tcPr>
          <w:p w:rsidR="00D11906" w:rsidRPr="00786977" w:rsidRDefault="00D11906">
            <w:r w:rsidRPr="00786977">
              <w:t>Terrasses du Larzac</w:t>
            </w:r>
          </w:p>
        </w:tc>
        <w:tc>
          <w:tcPr>
            <w:tcW w:w="3923" w:type="dxa"/>
          </w:tcPr>
          <w:p w:rsidR="00D11906" w:rsidRPr="00786977" w:rsidRDefault="00D11906">
            <w:r w:rsidRPr="00786977">
              <w:t xml:space="preserve">Domaine </w:t>
            </w:r>
            <w:proofErr w:type="spellStart"/>
            <w:r w:rsidRPr="00786977">
              <w:t>Malavieille</w:t>
            </w:r>
            <w:proofErr w:type="spellEnd"/>
            <w:r w:rsidRPr="00786977">
              <w:t xml:space="preserve"> “</w:t>
            </w:r>
            <w:proofErr w:type="spellStart"/>
            <w:r w:rsidRPr="00786977">
              <w:t>Permien</w:t>
            </w:r>
            <w:proofErr w:type="spellEnd"/>
            <w:r w:rsidRPr="00786977">
              <w:t>”</w:t>
            </w:r>
          </w:p>
        </w:tc>
        <w:tc>
          <w:tcPr>
            <w:tcW w:w="2036" w:type="dxa"/>
          </w:tcPr>
          <w:p w:rsidR="00D11906" w:rsidRPr="00786977" w:rsidRDefault="00D11906">
            <w:r w:rsidRPr="00786977">
              <w:t>Benoit Bertrand</w:t>
            </w:r>
          </w:p>
        </w:tc>
        <w:tc>
          <w:tcPr>
            <w:tcW w:w="1741" w:type="dxa"/>
          </w:tcPr>
          <w:p w:rsidR="00D11906" w:rsidRPr="00786977" w:rsidRDefault="00D67EEA">
            <w:r>
              <w:t xml:space="preserve">Carignan </w:t>
            </w:r>
            <w:proofErr w:type="spellStart"/>
            <w:r>
              <w:t>Sy</w:t>
            </w:r>
            <w:proofErr w:type="spellEnd"/>
            <w:r>
              <w:t xml:space="preserve"> Gr</w:t>
            </w:r>
          </w:p>
        </w:tc>
        <w:tc>
          <w:tcPr>
            <w:tcW w:w="1480" w:type="dxa"/>
          </w:tcPr>
          <w:p w:rsidR="00D11906" w:rsidRPr="00786977" w:rsidRDefault="0067516D">
            <w:proofErr w:type="spellStart"/>
            <w:r w:rsidRPr="00786977">
              <w:t>Biodynamie</w:t>
            </w:r>
            <w:proofErr w:type="spellEnd"/>
          </w:p>
        </w:tc>
        <w:tc>
          <w:tcPr>
            <w:tcW w:w="1102" w:type="dxa"/>
          </w:tcPr>
          <w:p w:rsidR="00D11906" w:rsidRPr="00786977" w:rsidRDefault="00D11906">
            <w:r w:rsidRPr="00786977">
              <w:t>6,59</w:t>
            </w:r>
          </w:p>
        </w:tc>
      </w:tr>
      <w:tr w:rsidR="00D11906" w:rsidRPr="00786977" w:rsidTr="00E76B58">
        <w:tc>
          <w:tcPr>
            <w:tcW w:w="2519" w:type="dxa"/>
          </w:tcPr>
          <w:p w:rsidR="00D11906" w:rsidRPr="00786977" w:rsidRDefault="00D11906" w:rsidP="00F70EDC">
            <w:r w:rsidRPr="00786977">
              <w:t>Languedoc</w:t>
            </w:r>
          </w:p>
        </w:tc>
        <w:tc>
          <w:tcPr>
            <w:tcW w:w="2461" w:type="dxa"/>
          </w:tcPr>
          <w:p w:rsidR="00D11906" w:rsidRPr="00786977" w:rsidRDefault="00D11906" w:rsidP="00F70EDC">
            <w:r w:rsidRPr="00786977">
              <w:t xml:space="preserve">St </w:t>
            </w:r>
            <w:proofErr w:type="spellStart"/>
            <w:r w:rsidRPr="00786977">
              <w:t>Saturnin</w:t>
            </w:r>
            <w:proofErr w:type="spellEnd"/>
          </w:p>
        </w:tc>
        <w:tc>
          <w:tcPr>
            <w:tcW w:w="3923" w:type="dxa"/>
          </w:tcPr>
          <w:p w:rsidR="00D11906" w:rsidRPr="00786977" w:rsidRDefault="00D11906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Domaine </w:t>
            </w:r>
            <w:proofErr w:type="spellStart"/>
            <w:r w:rsidRPr="00786977">
              <w:rPr>
                <w:lang w:val="fr-FR"/>
              </w:rPr>
              <w:t>Malavieille</w:t>
            </w:r>
            <w:proofErr w:type="spellEnd"/>
            <w:r w:rsidRPr="00786977">
              <w:rPr>
                <w:lang w:val="fr-FR"/>
              </w:rPr>
              <w:t xml:space="preserve"> “Roc et Lune »</w:t>
            </w:r>
          </w:p>
        </w:tc>
        <w:tc>
          <w:tcPr>
            <w:tcW w:w="2036" w:type="dxa"/>
          </w:tcPr>
          <w:p w:rsidR="00D11906" w:rsidRPr="00786977" w:rsidRDefault="00D11906" w:rsidP="00F70EDC">
            <w:r w:rsidRPr="00786977">
              <w:t>Benoit Bertrand</w:t>
            </w:r>
          </w:p>
        </w:tc>
        <w:tc>
          <w:tcPr>
            <w:tcW w:w="1741" w:type="dxa"/>
          </w:tcPr>
          <w:p w:rsidR="00D11906" w:rsidRPr="00786977" w:rsidRDefault="00D11906" w:rsidP="00F70EDC">
            <w:r w:rsidRPr="00786977">
              <w:t>Carignan Syrah</w:t>
            </w:r>
          </w:p>
        </w:tc>
        <w:tc>
          <w:tcPr>
            <w:tcW w:w="1480" w:type="dxa"/>
          </w:tcPr>
          <w:p w:rsidR="00D11906" w:rsidRPr="00786977" w:rsidRDefault="0067516D" w:rsidP="00F70EDC">
            <w:proofErr w:type="spellStart"/>
            <w:r w:rsidRPr="00786977">
              <w:t>Biodynamie</w:t>
            </w:r>
            <w:proofErr w:type="spellEnd"/>
          </w:p>
        </w:tc>
        <w:tc>
          <w:tcPr>
            <w:tcW w:w="1102" w:type="dxa"/>
          </w:tcPr>
          <w:p w:rsidR="00D11906" w:rsidRPr="00786977" w:rsidRDefault="00D11906" w:rsidP="00F70EDC">
            <w:r w:rsidRPr="00786977">
              <w:t>6,59</w:t>
            </w:r>
          </w:p>
        </w:tc>
      </w:tr>
      <w:tr w:rsidR="0067516D" w:rsidRPr="00786977" w:rsidTr="00E76B58">
        <w:tc>
          <w:tcPr>
            <w:tcW w:w="2519" w:type="dxa"/>
          </w:tcPr>
          <w:p w:rsidR="0067516D" w:rsidRPr="00786977" w:rsidRDefault="0067516D" w:rsidP="00F70EDC">
            <w:r w:rsidRPr="00786977">
              <w:t>Languedoc</w:t>
            </w:r>
          </w:p>
        </w:tc>
        <w:tc>
          <w:tcPr>
            <w:tcW w:w="2461" w:type="dxa"/>
          </w:tcPr>
          <w:p w:rsidR="0067516D" w:rsidRPr="00786977" w:rsidRDefault="0067516D" w:rsidP="00F70EDC">
            <w:proofErr w:type="spellStart"/>
            <w:r w:rsidRPr="00786977">
              <w:t>Vdp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Oc</w:t>
            </w:r>
            <w:proofErr w:type="spellEnd"/>
          </w:p>
        </w:tc>
        <w:tc>
          <w:tcPr>
            <w:tcW w:w="3923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Mas </w:t>
            </w:r>
            <w:proofErr w:type="spellStart"/>
            <w:r w:rsidRPr="00786977">
              <w:rPr>
                <w:lang w:val="fr-FR"/>
              </w:rPr>
              <w:t>Janiny</w:t>
            </w:r>
            <w:proofErr w:type="spellEnd"/>
            <w:r w:rsidRPr="00786977">
              <w:rPr>
                <w:lang w:val="fr-FR"/>
              </w:rPr>
              <w:t xml:space="preserve"> Temps des Gitans</w:t>
            </w:r>
          </w:p>
        </w:tc>
        <w:tc>
          <w:tcPr>
            <w:tcW w:w="2036" w:type="dxa"/>
          </w:tcPr>
          <w:p w:rsidR="0067516D" w:rsidRPr="00786977" w:rsidRDefault="0067516D" w:rsidP="00F70EDC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Janiny</w:t>
            </w:r>
            <w:proofErr w:type="spellEnd"/>
          </w:p>
        </w:tc>
        <w:tc>
          <w:tcPr>
            <w:tcW w:w="1741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Syrah</w:t>
            </w:r>
          </w:p>
        </w:tc>
        <w:tc>
          <w:tcPr>
            <w:tcW w:w="1480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102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5.19</w:t>
            </w:r>
          </w:p>
        </w:tc>
      </w:tr>
      <w:tr w:rsidR="0067516D" w:rsidRPr="00786977" w:rsidTr="00E76B58">
        <w:tc>
          <w:tcPr>
            <w:tcW w:w="2519" w:type="dxa"/>
          </w:tcPr>
          <w:p w:rsidR="0067516D" w:rsidRPr="00786977" w:rsidRDefault="0067516D" w:rsidP="00F70EDC">
            <w:r w:rsidRPr="00786977">
              <w:t>Languedoc</w:t>
            </w:r>
          </w:p>
        </w:tc>
        <w:tc>
          <w:tcPr>
            <w:tcW w:w="2461" w:type="dxa"/>
          </w:tcPr>
          <w:p w:rsidR="0067516D" w:rsidRPr="00786977" w:rsidRDefault="0067516D" w:rsidP="00F70EDC">
            <w:proofErr w:type="spellStart"/>
            <w:r w:rsidRPr="00786977">
              <w:t>Vdp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Oc</w:t>
            </w:r>
            <w:proofErr w:type="spellEnd"/>
          </w:p>
        </w:tc>
        <w:tc>
          <w:tcPr>
            <w:tcW w:w="3923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Mas </w:t>
            </w:r>
            <w:proofErr w:type="spellStart"/>
            <w:r w:rsidRPr="00786977">
              <w:rPr>
                <w:lang w:val="fr-FR"/>
              </w:rPr>
              <w:t>Janiny</w:t>
            </w:r>
            <w:proofErr w:type="spellEnd"/>
            <w:r w:rsidRPr="00786977">
              <w:rPr>
                <w:lang w:val="fr-FR"/>
              </w:rPr>
              <w:t xml:space="preserve"> Temps des Gitans</w:t>
            </w:r>
          </w:p>
        </w:tc>
        <w:tc>
          <w:tcPr>
            <w:tcW w:w="2036" w:type="dxa"/>
          </w:tcPr>
          <w:p w:rsidR="0067516D" w:rsidRPr="00786977" w:rsidRDefault="0067516D" w:rsidP="00F70EDC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Janiny</w:t>
            </w:r>
            <w:proofErr w:type="spellEnd"/>
          </w:p>
        </w:tc>
        <w:tc>
          <w:tcPr>
            <w:tcW w:w="1741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Carignan</w:t>
            </w:r>
          </w:p>
        </w:tc>
        <w:tc>
          <w:tcPr>
            <w:tcW w:w="1480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102" w:type="dxa"/>
          </w:tcPr>
          <w:p w:rsidR="0067516D" w:rsidRPr="00786977" w:rsidRDefault="0067516D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5.19</w:t>
            </w:r>
          </w:p>
        </w:tc>
      </w:tr>
      <w:tr w:rsidR="0067516D" w:rsidRPr="00786977" w:rsidTr="00E76B58">
        <w:tc>
          <w:tcPr>
            <w:tcW w:w="2519" w:type="dxa"/>
          </w:tcPr>
          <w:p w:rsidR="0067516D" w:rsidRPr="00786977" w:rsidRDefault="004D3BDF" w:rsidP="0067516D">
            <w:pPr>
              <w:rPr>
                <w:lang w:val="fr-FR"/>
              </w:rPr>
            </w:pPr>
            <w:r w:rsidRPr="00786977">
              <w:rPr>
                <w:lang w:val="fr-FR"/>
              </w:rPr>
              <w:t>Languedoc</w:t>
            </w:r>
          </w:p>
        </w:tc>
        <w:tc>
          <w:tcPr>
            <w:tcW w:w="2461" w:type="dxa"/>
          </w:tcPr>
          <w:p w:rsidR="0067516D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VDF</w:t>
            </w:r>
          </w:p>
        </w:tc>
        <w:tc>
          <w:tcPr>
            <w:tcW w:w="3923" w:type="dxa"/>
          </w:tcPr>
          <w:p w:rsidR="0067516D" w:rsidRPr="00786977" w:rsidRDefault="0067516D" w:rsidP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La Vie en "Pinot Noir" </w:t>
            </w:r>
          </w:p>
        </w:tc>
        <w:tc>
          <w:tcPr>
            <w:tcW w:w="2036" w:type="dxa"/>
          </w:tcPr>
          <w:p w:rsidR="0067516D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F. Ducrot</w:t>
            </w:r>
          </w:p>
        </w:tc>
        <w:tc>
          <w:tcPr>
            <w:tcW w:w="1741" w:type="dxa"/>
          </w:tcPr>
          <w:p w:rsidR="0067516D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Pinot Noir</w:t>
            </w:r>
          </w:p>
        </w:tc>
        <w:tc>
          <w:tcPr>
            <w:tcW w:w="1480" w:type="dxa"/>
          </w:tcPr>
          <w:p w:rsidR="0067516D" w:rsidRPr="00786977" w:rsidRDefault="004D3BDF" w:rsidP="00F70EDC">
            <w:pPr>
              <w:rPr>
                <w:lang w:val="fr-FR"/>
              </w:rPr>
            </w:pPr>
            <w:r w:rsidRPr="00786977">
              <w:t>Bio/Nature</w:t>
            </w:r>
          </w:p>
        </w:tc>
        <w:tc>
          <w:tcPr>
            <w:tcW w:w="1102" w:type="dxa"/>
          </w:tcPr>
          <w:p w:rsidR="0067516D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5.90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 w:rsidP="00F70EDC">
            <w:r w:rsidRPr="00786977">
              <w:t>Languedoc</w:t>
            </w:r>
          </w:p>
        </w:tc>
        <w:tc>
          <w:tcPr>
            <w:tcW w:w="2461" w:type="dxa"/>
          </w:tcPr>
          <w:p w:rsidR="004D3BDF" w:rsidRPr="00786977" w:rsidRDefault="004D3BDF" w:rsidP="00F70EDC">
            <w:r w:rsidRPr="00786977">
              <w:t>VDF</w:t>
            </w:r>
          </w:p>
        </w:tc>
        <w:tc>
          <w:tcPr>
            <w:tcW w:w="3923" w:type="dxa"/>
          </w:tcPr>
          <w:p w:rsidR="004D3BDF" w:rsidRPr="00786977" w:rsidRDefault="004D3BDF" w:rsidP="00F70EDC">
            <w:r w:rsidRPr="00786977">
              <w:t>“</w:t>
            </w:r>
            <w:proofErr w:type="spellStart"/>
            <w:r w:rsidRPr="00786977">
              <w:t>Astrée</w:t>
            </w:r>
            <w:proofErr w:type="spellEnd"/>
            <w:r w:rsidRPr="00786977">
              <w:t>”</w:t>
            </w:r>
          </w:p>
        </w:tc>
        <w:tc>
          <w:tcPr>
            <w:tcW w:w="2036" w:type="dxa"/>
          </w:tcPr>
          <w:p w:rsidR="004D3BDF" w:rsidRPr="00786977" w:rsidRDefault="004D3BDF" w:rsidP="00F70EDC">
            <w:r w:rsidRPr="00786977">
              <w:t xml:space="preserve">F. </w:t>
            </w:r>
            <w:proofErr w:type="spellStart"/>
            <w:r w:rsidRPr="00786977">
              <w:t>Ducrot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 w:rsidP="00F70EDC">
            <w:r w:rsidRPr="00786977">
              <w:t xml:space="preserve">Gr </w:t>
            </w:r>
            <w:proofErr w:type="spellStart"/>
            <w:r w:rsidRPr="00786977">
              <w:t>Sy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Mou</w:t>
            </w:r>
            <w:proofErr w:type="spellEnd"/>
          </w:p>
        </w:tc>
        <w:tc>
          <w:tcPr>
            <w:tcW w:w="1480" w:type="dxa"/>
          </w:tcPr>
          <w:p w:rsidR="004D3BDF" w:rsidRPr="00786977" w:rsidRDefault="004D3BDF" w:rsidP="00F70EDC">
            <w:r w:rsidRPr="00786977">
              <w:t>Bio/Nature</w:t>
            </w:r>
          </w:p>
        </w:tc>
        <w:tc>
          <w:tcPr>
            <w:tcW w:w="1102" w:type="dxa"/>
          </w:tcPr>
          <w:p w:rsidR="004D3BDF" w:rsidRPr="00786977" w:rsidRDefault="004D3BDF" w:rsidP="00F70EDC">
            <w:r w:rsidRPr="00786977">
              <w:t>6,90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 w:rsidP="00F70EDC">
            <w:r w:rsidRPr="00786977">
              <w:t>Languedoc</w:t>
            </w:r>
          </w:p>
        </w:tc>
        <w:tc>
          <w:tcPr>
            <w:tcW w:w="2461" w:type="dxa"/>
          </w:tcPr>
          <w:p w:rsidR="004D3BDF" w:rsidRPr="00786977" w:rsidRDefault="004D3BDF" w:rsidP="00F70EDC">
            <w:r w:rsidRPr="00786977">
              <w:t>VDF</w:t>
            </w:r>
          </w:p>
        </w:tc>
        <w:tc>
          <w:tcPr>
            <w:tcW w:w="3923" w:type="dxa"/>
          </w:tcPr>
          <w:p w:rsidR="004D3BDF" w:rsidRPr="00786977" w:rsidRDefault="004D3BDF" w:rsidP="00F70EDC">
            <w:r w:rsidRPr="00786977">
              <w:t xml:space="preserve">La Vie </w:t>
            </w:r>
            <w:proofErr w:type="spellStart"/>
            <w:r w:rsidRPr="00786977">
              <w:t>en</w:t>
            </w:r>
            <w:proofErr w:type="spellEnd"/>
            <w:r w:rsidRPr="00786977">
              <w:t xml:space="preserve"> Rouge</w:t>
            </w:r>
          </w:p>
        </w:tc>
        <w:tc>
          <w:tcPr>
            <w:tcW w:w="2036" w:type="dxa"/>
          </w:tcPr>
          <w:p w:rsidR="004D3BDF" w:rsidRPr="00786977" w:rsidRDefault="004D3BDF" w:rsidP="00F70EDC">
            <w:r w:rsidRPr="00786977">
              <w:t xml:space="preserve">F. </w:t>
            </w:r>
            <w:proofErr w:type="spellStart"/>
            <w:r w:rsidRPr="00786977">
              <w:t>Ducrot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 w:rsidP="00F70EDC">
            <w:r w:rsidRPr="00786977">
              <w:t>Merlot</w:t>
            </w:r>
          </w:p>
        </w:tc>
        <w:tc>
          <w:tcPr>
            <w:tcW w:w="1480" w:type="dxa"/>
          </w:tcPr>
          <w:p w:rsidR="004D3BDF" w:rsidRPr="00786977" w:rsidRDefault="004D3BDF" w:rsidP="00F70EDC">
            <w:r w:rsidRPr="00786977">
              <w:t>Bio/Nature</w:t>
            </w:r>
          </w:p>
        </w:tc>
        <w:tc>
          <w:tcPr>
            <w:tcW w:w="1102" w:type="dxa"/>
          </w:tcPr>
          <w:p w:rsidR="004D3BDF" w:rsidRPr="00786977" w:rsidRDefault="004D3BDF" w:rsidP="00F70EDC">
            <w:r w:rsidRPr="00786977">
              <w:t>6,90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 w:rsidP="00F70EDC">
            <w:r w:rsidRPr="00786977">
              <w:t>Languedoc</w:t>
            </w:r>
          </w:p>
        </w:tc>
        <w:tc>
          <w:tcPr>
            <w:tcW w:w="2461" w:type="dxa"/>
          </w:tcPr>
          <w:p w:rsidR="004D3BDF" w:rsidRPr="00786977" w:rsidRDefault="004D3BDF" w:rsidP="00F70EDC">
            <w:r w:rsidRPr="00786977">
              <w:rPr>
                <w:lang w:val="fr-FR"/>
              </w:rPr>
              <w:t>VDF</w:t>
            </w:r>
          </w:p>
        </w:tc>
        <w:tc>
          <w:tcPr>
            <w:tcW w:w="3923" w:type="dxa"/>
          </w:tcPr>
          <w:p w:rsidR="004D3BDF" w:rsidRPr="00786977" w:rsidRDefault="004D3BDF" w:rsidP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"</w:t>
            </w:r>
            <w:proofErr w:type="spellStart"/>
            <w:r w:rsidRPr="00786977">
              <w:rPr>
                <w:lang w:val="fr-FR"/>
              </w:rPr>
              <w:t>Ladybird</w:t>
            </w:r>
            <w:proofErr w:type="spellEnd"/>
            <w:r w:rsidRPr="00786977">
              <w:rPr>
                <w:lang w:val="fr-FR"/>
              </w:rPr>
              <w:t>"</w:t>
            </w:r>
            <w:r w:rsidRPr="00786977">
              <w:rPr>
                <w:lang w:val="fr-FR"/>
              </w:rPr>
              <w:tab/>
            </w:r>
            <w:r w:rsidRPr="00786977">
              <w:rPr>
                <w:lang w:val="fr-FR"/>
              </w:rPr>
              <w:tab/>
            </w:r>
            <w:r w:rsidRPr="00786977">
              <w:rPr>
                <w:lang w:val="fr-FR"/>
              </w:rPr>
              <w:tab/>
            </w:r>
            <w:r w:rsidRPr="00786977">
              <w:rPr>
                <w:lang w:val="fr-FR"/>
              </w:rPr>
              <w:tab/>
            </w:r>
          </w:p>
        </w:tc>
        <w:tc>
          <w:tcPr>
            <w:tcW w:w="2036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F. Ducrot</w:t>
            </w:r>
          </w:p>
        </w:tc>
        <w:tc>
          <w:tcPr>
            <w:tcW w:w="1741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Cinsault</w:t>
            </w:r>
          </w:p>
        </w:tc>
        <w:tc>
          <w:tcPr>
            <w:tcW w:w="1480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Bio/Nature</w:t>
            </w:r>
          </w:p>
        </w:tc>
        <w:tc>
          <w:tcPr>
            <w:tcW w:w="1102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5.95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 w:rsidP="00F70EDC">
            <w:r w:rsidRPr="00786977">
              <w:t>Languedoc Bag In Box</w:t>
            </w:r>
          </w:p>
        </w:tc>
        <w:tc>
          <w:tcPr>
            <w:tcW w:w="2461" w:type="dxa"/>
          </w:tcPr>
          <w:p w:rsidR="004D3BDF" w:rsidRPr="00786977" w:rsidRDefault="00E44829" w:rsidP="00F70EDC">
            <w:pPr>
              <w:rPr>
                <w:lang w:val="fr-FR"/>
              </w:rPr>
            </w:pPr>
            <w:r>
              <w:rPr>
                <w:lang w:val="fr-FR"/>
              </w:rPr>
              <w:t xml:space="preserve">VDP </w:t>
            </w:r>
            <w:r w:rsidR="004D3BDF" w:rsidRPr="00786977">
              <w:rPr>
                <w:lang w:val="fr-FR"/>
              </w:rPr>
              <w:t>Côtes Catalanes</w:t>
            </w:r>
          </w:p>
        </w:tc>
        <w:tc>
          <w:tcPr>
            <w:tcW w:w="3923" w:type="dxa"/>
          </w:tcPr>
          <w:p w:rsidR="004D3BDF" w:rsidRPr="00786977" w:rsidRDefault="004D3BDF" w:rsidP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Vignes Barbé</w:t>
            </w:r>
          </w:p>
        </w:tc>
        <w:tc>
          <w:tcPr>
            <w:tcW w:w="2036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M. barbé</w:t>
            </w:r>
          </w:p>
        </w:tc>
        <w:tc>
          <w:tcPr>
            <w:tcW w:w="1741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Merlot</w:t>
            </w:r>
          </w:p>
        </w:tc>
        <w:tc>
          <w:tcPr>
            <w:tcW w:w="1480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102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32.90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 w:rsidP="00F70EDC">
            <w:r w:rsidRPr="00786977">
              <w:t>Languedoc Bag In Box</w:t>
            </w:r>
          </w:p>
        </w:tc>
        <w:tc>
          <w:tcPr>
            <w:tcW w:w="2461" w:type="dxa"/>
          </w:tcPr>
          <w:p w:rsidR="004D3BDF" w:rsidRPr="00786977" w:rsidRDefault="00E44829" w:rsidP="00F70EDC">
            <w:pPr>
              <w:rPr>
                <w:lang w:val="fr-FR"/>
              </w:rPr>
            </w:pPr>
            <w:r>
              <w:rPr>
                <w:lang w:val="fr-FR"/>
              </w:rPr>
              <w:t xml:space="preserve">VDP </w:t>
            </w:r>
            <w:r w:rsidR="004D3BDF" w:rsidRPr="00786977">
              <w:rPr>
                <w:lang w:val="fr-FR"/>
              </w:rPr>
              <w:t>Côtes Catalanes</w:t>
            </w:r>
          </w:p>
        </w:tc>
        <w:tc>
          <w:tcPr>
            <w:tcW w:w="3923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Vignes Barbé</w:t>
            </w:r>
          </w:p>
        </w:tc>
        <w:tc>
          <w:tcPr>
            <w:tcW w:w="2036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M. barbé</w:t>
            </w:r>
          </w:p>
        </w:tc>
        <w:tc>
          <w:tcPr>
            <w:tcW w:w="1741" w:type="dxa"/>
          </w:tcPr>
          <w:p w:rsidR="004D3BDF" w:rsidRPr="00786977" w:rsidRDefault="004D3BDF" w:rsidP="00F70EDC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Gre</w:t>
            </w:r>
            <w:proofErr w:type="spellEnd"/>
            <w:r w:rsidRPr="00786977">
              <w:rPr>
                <w:lang w:val="fr-FR"/>
              </w:rPr>
              <w:t xml:space="preserve"> </w:t>
            </w:r>
            <w:proofErr w:type="spellStart"/>
            <w:r w:rsidRPr="00786977">
              <w:rPr>
                <w:lang w:val="fr-FR"/>
              </w:rPr>
              <w:t>Syr</w:t>
            </w:r>
            <w:proofErr w:type="spellEnd"/>
          </w:p>
        </w:tc>
        <w:tc>
          <w:tcPr>
            <w:tcW w:w="1480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102" w:type="dxa"/>
          </w:tcPr>
          <w:p w:rsidR="004D3BDF" w:rsidRPr="00786977" w:rsidRDefault="004D3BDF" w:rsidP="00F70EDC">
            <w:pPr>
              <w:rPr>
                <w:lang w:val="fr-FR"/>
              </w:rPr>
            </w:pPr>
            <w:r w:rsidRPr="00786977">
              <w:rPr>
                <w:lang w:val="fr-FR"/>
              </w:rPr>
              <w:t>32.90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Bourgogne</w:t>
            </w:r>
          </w:p>
        </w:tc>
        <w:tc>
          <w:tcPr>
            <w:tcW w:w="2461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Bourgogne</w:t>
            </w:r>
          </w:p>
        </w:tc>
        <w:tc>
          <w:tcPr>
            <w:tcW w:w="3923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Domaine Eloy</w:t>
            </w:r>
          </w:p>
        </w:tc>
        <w:tc>
          <w:tcPr>
            <w:tcW w:w="2036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S et JY Eloy</w:t>
            </w:r>
          </w:p>
        </w:tc>
        <w:tc>
          <w:tcPr>
            <w:tcW w:w="1741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Pinot Noir</w:t>
            </w:r>
          </w:p>
        </w:tc>
        <w:tc>
          <w:tcPr>
            <w:tcW w:w="1480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Raisonnée</w:t>
            </w:r>
          </w:p>
        </w:tc>
        <w:tc>
          <w:tcPr>
            <w:tcW w:w="1102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6,89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Beaujolais</w:t>
            </w:r>
          </w:p>
        </w:tc>
        <w:tc>
          <w:tcPr>
            <w:tcW w:w="2461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Brouilly</w:t>
            </w:r>
          </w:p>
        </w:tc>
        <w:tc>
          <w:tcPr>
            <w:tcW w:w="3923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Les Grandes Vignes</w:t>
            </w:r>
          </w:p>
        </w:tc>
        <w:tc>
          <w:tcPr>
            <w:tcW w:w="2036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H. </w:t>
            </w:r>
            <w:proofErr w:type="spellStart"/>
            <w:r w:rsidRPr="00786977">
              <w:rPr>
                <w:lang w:val="fr-FR"/>
              </w:rPr>
              <w:t>Nesme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Gamay</w:t>
            </w:r>
          </w:p>
        </w:tc>
        <w:tc>
          <w:tcPr>
            <w:tcW w:w="1480" w:type="dxa"/>
          </w:tcPr>
          <w:p w:rsidR="004D3BDF" w:rsidRPr="00786977" w:rsidRDefault="004D3BDF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6,79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Beaujolais</w:t>
            </w:r>
          </w:p>
        </w:tc>
        <w:tc>
          <w:tcPr>
            <w:tcW w:w="2461" w:type="dxa"/>
          </w:tcPr>
          <w:p w:rsidR="004D3BDF" w:rsidRPr="00786977" w:rsidRDefault="004D3BDF">
            <w:r w:rsidRPr="00786977">
              <w:t>Morgon</w:t>
            </w:r>
          </w:p>
        </w:tc>
        <w:tc>
          <w:tcPr>
            <w:tcW w:w="3923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Les Grandes Vignes</w:t>
            </w:r>
          </w:p>
        </w:tc>
        <w:tc>
          <w:tcPr>
            <w:tcW w:w="2036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 xml:space="preserve">H. </w:t>
            </w:r>
            <w:proofErr w:type="spellStart"/>
            <w:r w:rsidRPr="00786977">
              <w:rPr>
                <w:lang w:val="fr-FR"/>
              </w:rPr>
              <w:t>Nesme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pPr>
              <w:rPr>
                <w:lang w:val="fr-FR"/>
              </w:rPr>
            </w:pPr>
            <w:r w:rsidRPr="00786977">
              <w:rPr>
                <w:lang w:val="fr-FR"/>
              </w:rPr>
              <w:t>Gamay</w:t>
            </w:r>
          </w:p>
        </w:tc>
        <w:tc>
          <w:tcPr>
            <w:tcW w:w="1480" w:type="dxa"/>
          </w:tcPr>
          <w:p w:rsidR="004D3BDF" w:rsidRPr="00786977" w:rsidRDefault="004D3BDF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6,89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Loire</w:t>
            </w:r>
          </w:p>
        </w:tc>
        <w:tc>
          <w:tcPr>
            <w:tcW w:w="2461" w:type="dxa"/>
          </w:tcPr>
          <w:p w:rsidR="004D3BDF" w:rsidRPr="00786977" w:rsidRDefault="004D3BDF">
            <w:r w:rsidRPr="00786977">
              <w:t>St Nicolas de Bourgueil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 xml:space="preserve">La </w:t>
            </w:r>
            <w:proofErr w:type="spellStart"/>
            <w:r w:rsidRPr="00786977">
              <w:t>Chevalerie</w:t>
            </w:r>
            <w:proofErr w:type="spellEnd"/>
          </w:p>
        </w:tc>
        <w:tc>
          <w:tcPr>
            <w:tcW w:w="2036" w:type="dxa"/>
          </w:tcPr>
          <w:p w:rsidR="004D3BDF" w:rsidRPr="00786977" w:rsidRDefault="004D3BDF">
            <w:r w:rsidRPr="00786977">
              <w:t xml:space="preserve">G. </w:t>
            </w:r>
            <w:proofErr w:type="spellStart"/>
            <w:r w:rsidRPr="00786977">
              <w:t>Bruneau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r w:rsidRPr="00786977">
              <w:t>Cabernet Franc</w:t>
            </w:r>
          </w:p>
        </w:tc>
        <w:tc>
          <w:tcPr>
            <w:tcW w:w="1480" w:type="dxa"/>
          </w:tcPr>
          <w:p w:rsidR="004D3BDF" w:rsidRPr="00786977" w:rsidRDefault="004D3BDF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6,19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Loire</w:t>
            </w:r>
          </w:p>
        </w:tc>
        <w:tc>
          <w:tcPr>
            <w:tcW w:w="2461" w:type="dxa"/>
          </w:tcPr>
          <w:p w:rsidR="004D3BDF" w:rsidRPr="00786977" w:rsidRDefault="004D3BDF" w:rsidP="007F1130">
            <w:r w:rsidRPr="00786977">
              <w:t xml:space="preserve">Chinon 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 xml:space="preserve">Domaine </w:t>
            </w:r>
            <w:proofErr w:type="spellStart"/>
            <w:r w:rsidRPr="00786977">
              <w:t>Grosbois</w:t>
            </w:r>
            <w:proofErr w:type="spellEnd"/>
            <w:r w:rsidRPr="00786977">
              <w:t xml:space="preserve"> Extra Ball</w:t>
            </w:r>
          </w:p>
        </w:tc>
        <w:tc>
          <w:tcPr>
            <w:tcW w:w="2036" w:type="dxa"/>
          </w:tcPr>
          <w:p w:rsidR="004D3BDF" w:rsidRPr="00786977" w:rsidRDefault="004D3BDF">
            <w:proofErr w:type="spellStart"/>
            <w:r w:rsidRPr="00786977">
              <w:t>Grosbois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r w:rsidRPr="00786977">
              <w:t>Cabernet Franc</w:t>
            </w:r>
          </w:p>
        </w:tc>
        <w:tc>
          <w:tcPr>
            <w:tcW w:w="1480" w:type="dxa"/>
          </w:tcPr>
          <w:p w:rsidR="004D3BDF" w:rsidRPr="00786977" w:rsidRDefault="004D3BDF">
            <w:r w:rsidRPr="00786977">
              <w:t>Bio/Nature</w:t>
            </w:r>
          </w:p>
        </w:tc>
        <w:tc>
          <w:tcPr>
            <w:tcW w:w="1102" w:type="dxa"/>
          </w:tcPr>
          <w:p w:rsidR="004D3BDF" w:rsidRPr="00786977" w:rsidRDefault="005D3916">
            <w:r>
              <w:t>7,4</w:t>
            </w:r>
            <w:bookmarkStart w:id="0" w:name="_GoBack"/>
            <w:bookmarkEnd w:id="0"/>
            <w:r w:rsidR="004D3BDF" w:rsidRPr="00786977">
              <w:t>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Loire</w:t>
            </w:r>
          </w:p>
        </w:tc>
        <w:tc>
          <w:tcPr>
            <w:tcW w:w="2461" w:type="dxa"/>
          </w:tcPr>
          <w:p w:rsidR="004D3BDF" w:rsidRPr="00786977" w:rsidRDefault="004D3BDF" w:rsidP="007F1130">
            <w:r w:rsidRPr="00786977">
              <w:t xml:space="preserve">Anjou 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>Le Fief Noir “</w:t>
            </w:r>
            <w:proofErr w:type="spellStart"/>
            <w:r w:rsidRPr="00786977">
              <w:t>Somnambule</w:t>
            </w:r>
            <w:proofErr w:type="spellEnd"/>
            <w:r w:rsidRPr="00786977">
              <w:t>”</w:t>
            </w:r>
          </w:p>
        </w:tc>
        <w:tc>
          <w:tcPr>
            <w:tcW w:w="2036" w:type="dxa"/>
          </w:tcPr>
          <w:p w:rsidR="004D3BDF" w:rsidRPr="00786977" w:rsidRDefault="004D3BDF">
            <w:proofErr w:type="spellStart"/>
            <w:r w:rsidRPr="00786977">
              <w:t>Sirot</w:t>
            </w:r>
            <w:proofErr w:type="spellEnd"/>
            <w:r w:rsidRPr="00786977">
              <w:t xml:space="preserve"> / </w:t>
            </w:r>
            <w:proofErr w:type="spellStart"/>
            <w:r w:rsidRPr="00786977">
              <w:t>Soulas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proofErr w:type="spellStart"/>
            <w:r w:rsidRPr="00786977">
              <w:t>Groleau</w:t>
            </w:r>
            <w:proofErr w:type="spellEnd"/>
            <w:r w:rsidRPr="00786977">
              <w:t xml:space="preserve"> Cab F</w:t>
            </w:r>
          </w:p>
        </w:tc>
        <w:tc>
          <w:tcPr>
            <w:tcW w:w="1480" w:type="dxa"/>
          </w:tcPr>
          <w:p w:rsidR="004D3BDF" w:rsidRPr="00786977" w:rsidRDefault="004D3BDF">
            <w:r w:rsidRPr="00786977">
              <w:t>Bio</w:t>
            </w:r>
          </w:p>
        </w:tc>
        <w:tc>
          <w:tcPr>
            <w:tcW w:w="1102" w:type="dxa"/>
          </w:tcPr>
          <w:p w:rsidR="004D3BDF" w:rsidRPr="00786977" w:rsidRDefault="004D3BDF">
            <w:r w:rsidRPr="00786977">
              <w:t>7,75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Loire</w:t>
            </w:r>
          </w:p>
        </w:tc>
        <w:tc>
          <w:tcPr>
            <w:tcW w:w="2461" w:type="dxa"/>
          </w:tcPr>
          <w:p w:rsidR="004D3BDF" w:rsidRPr="00786977" w:rsidRDefault="004D3BDF" w:rsidP="007F1130">
            <w:r w:rsidRPr="00786977">
              <w:t>Val de Loire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 xml:space="preserve">Domaine </w:t>
            </w:r>
            <w:proofErr w:type="spellStart"/>
            <w:r w:rsidRPr="00786977">
              <w:t>Cogné</w:t>
            </w:r>
            <w:proofErr w:type="spellEnd"/>
          </w:p>
        </w:tc>
        <w:tc>
          <w:tcPr>
            <w:tcW w:w="2036" w:type="dxa"/>
          </w:tcPr>
          <w:p w:rsidR="004D3BDF" w:rsidRPr="00786977" w:rsidRDefault="004D3BDF">
            <w:r w:rsidRPr="00786977">
              <w:t xml:space="preserve">S. </w:t>
            </w:r>
            <w:proofErr w:type="spellStart"/>
            <w:r w:rsidRPr="00786977">
              <w:t>Cogné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r w:rsidRPr="00786977">
              <w:t>Pinot Noir</w:t>
            </w:r>
          </w:p>
        </w:tc>
        <w:tc>
          <w:tcPr>
            <w:tcW w:w="1480" w:type="dxa"/>
          </w:tcPr>
          <w:p w:rsidR="004D3BDF" w:rsidRPr="00786977" w:rsidRDefault="004D3BDF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5.90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Bordeaux</w:t>
            </w:r>
          </w:p>
        </w:tc>
        <w:tc>
          <w:tcPr>
            <w:tcW w:w="2461" w:type="dxa"/>
          </w:tcPr>
          <w:p w:rsidR="004D3BDF" w:rsidRPr="00786977" w:rsidRDefault="004D3BDF">
            <w:r w:rsidRPr="00786977">
              <w:t>Bordeaux Supérieur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 xml:space="preserve">Chateau </w:t>
            </w:r>
            <w:proofErr w:type="spellStart"/>
            <w:r w:rsidRPr="00786977">
              <w:t>Minvielle</w:t>
            </w:r>
            <w:proofErr w:type="spellEnd"/>
          </w:p>
        </w:tc>
        <w:tc>
          <w:tcPr>
            <w:tcW w:w="2036" w:type="dxa"/>
          </w:tcPr>
          <w:p w:rsidR="004D3BDF" w:rsidRPr="00786977" w:rsidRDefault="004D3BDF">
            <w:r w:rsidRPr="00786977">
              <w:t>P Michaud</w:t>
            </w:r>
          </w:p>
        </w:tc>
        <w:tc>
          <w:tcPr>
            <w:tcW w:w="1741" w:type="dxa"/>
          </w:tcPr>
          <w:p w:rsidR="004D3BDF" w:rsidRPr="00786977" w:rsidRDefault="004D3BDF">
            <w:r w:rsidRPr="00786977">
              <w:t>Merlot Cab S</w:t>
            </w:r>
          </w:p>
        </w:tc>
        <w:tc>
          <w:tcPr>
            <w:tcW w:w="1480" w:type="dxa"/>
          </w:tcPr>
          <w:p w:rsidR="004D3BDF" w:rsidRPr="00786977" w:rsidRDefault="004D3BDF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4,99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Bordeaux</w:t>
            </w:r>
          </w:p>
        </w:tc>
        <w:tc>
          <w:tcPr>
            <w:tcW w:w="2461" w:type="dxa"/>
          </w:tcPr>
          <w:p w:rsidR="004D3BDF" w:rsidRPr="00786977" w:rsidRDefault="004D3BDF">
            <w:proofErr w:type="spellStart"/>
            <w:r w:rsidRPr="00786977">
              <w:t>Castillon</w:t>
            </w:r>
            <w:proofErr w:type="spellEnd"/>
            <w:r w:rsidRPr="00786977">
              <w:t xml:space="preserve"> C de Bordeaux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>Domaine de Lacroix</w:t>
            </w:r>
          </w:p>
        </w:tc>
        <w:tc>
          <w:tcPr>
            <w:tcW w:w="2036" w:type="dxa"/>
          </w:tcPr>
          <w:p w:rsidR="004D3BDF" w:rsidRPr="00786977" w:rsidRDefault="004D3BDF">
            <w:r w:rsidRPr="00786977">
              <w:t>Fenelon</w:t>
            </w:r>
          </w:p>
        </w:tc>
        <w:tc>
          <w:tcPr>
            <w:tcW w:w="1741" w:type="dxa"/>
          </w:tcPr>
          <w:p w:rsidR="004D3BDF" w:rsidRPr="00786977" w:rsidRDefault="004D3BDF">
            <w:r w:rsidRPr="00786977">
              <w:t>Merlot Cab S</w:t>
            </w:r>
          </w:p>
        </w:tc>
        <w:tc>
          <w:tcPr>
            <w:tcW w:w="1480" w:type="dxa"/>
          </w:tcPr>
          <w:p w:rsidR="004D3BDF" w:rsidRPr="00786977" w:rsidRDefault="004D3BDF">
            <w:r w:rsidRPr="00786977">
              <w:t>Bio</w:t>
            </w:r>
          </w:p>
        </w:tc>
        <w:tc>
          <w:tcPr>
            <w:tcW w:w="1102" w:type="dxa"/>
          </w:tcPr>
          <w:p w:rsidR="004D3BDF" w:rsidRPr="00786977" w:rsidRDefault="004D3BDF">
            <w:r w:rsidRPr="00786977">
              <w:t>5,89</w:t>
            </w:r>
          </w:p>
        </w:tc>
      </w:tr>
      <w:tr w:rsidR="004D3BDF" w:rsidRPr="00786977" w:rsidTr="00E76B58">
        <w:tc>
          <w:tcPr>
            <w:tcW w:w="2519" w:type="dxa"/>
          </w:tcPr>
          <w:p w:rsidR="004D3BDF" w:rsidRPr="00786977" w:rsidRDefault="004D3BDF">
            <w:r w:rsidRPr="00786977">
              <w:t>Bordeaux</w:t>
            </w:r>
          </w:p>
        </w:tc>
        <w:tc>
          <w:tcPr>
            <w:tcW w:w="2461" w:type="dxa"/>
          </w:tcPr>
          <w:p w:rsidR="004D3BDF" w:rsidRPr="00786977" w:rsidRDefault="004D3BDF">
            <w:r w:rsidRPr="00786977">
              <w:t>Graves La Quille</w:t>
            </w:r>
          </w:p>
        </w:tc>
        <w:tc>
          <w:tcPr>
            <w:tcW w:w="3923" w:type="dxa"/>
          </w:tcPr>
          <w:p w:rsidR="004D3BDF" w:rsidRPr="00786977" w:rsidRDefault="004D3BDF">
            <w:r w:rsidRPr="00786977">
              <w:t>Cerrons</w:t>
            </w:r>
          </w:p>
        </w:tc>
        <w:tc>
          <w:tcPr>
            <w:tcW w:w="2036" w:type="dxa"/>
          </w:tcPr>
          <w:p w:rsidR="004D3BDF" w:rsidRPr="00786977" w:rsidRDefault="004D3BDF">
            <w:r w:rsidRPr="00786977">
              <w:t xml:space="preserve">C. </w:t>
            </w:r>
            <w:proofErr w:type="spellStart"/>
            <w:r w:rsidRPr="00786977">
              <w:t>Perromat</w:t>
            </w:r>
            <w:proofErr w:type="spellEnd"/>
          </w:p>
        </w:tc>
        <w:tc>
          <w:tcPr>
            <w:tcW w:w="1741" w:type="dxa"/>
          </w:tcPr>
          <w:p w:rsidR="004D3BDF" w:rsidRPr="00786977" w:rsidRDefault="004D3BDF">
            <w:r w:rsidRPr="00786977">
              <w:t>Cab S Merlot</w:t>
            </w:r>
          </w:p>
        </w:tc>
        <w:tc>
          <w:tcPr>
            <w:tcW w:w="1480" w:type="dxa"/>
          </w:tcPr>
          <w:p w:rsidR="004D3BDF" w:rsidRPr="00786977" w:rsidRDefault="004D3BDF">
            <w:proofErr w:type="spellStart"/>
            <w:r w:rsidRPr="00786977">
              <w:t>Hve</w:t>
            </w:r>
            <w:proofErr w:type="spellEnd"/>
          </w:p>
        </w:tc>
        <w:tc>
          <w:tcPr>
            <w:tcW w:w="1102" w:type="dxa"/>
          </w:tcPr>
          <w:p w:rsidR="004D3BDF" w:rsidRPr="00786977" w:rsidRDefault="004D3BDF">
            <w:r w:rsidRPr="00786977">
              <w:t>6,95</w:t>
            </w:r>
          </w:p>
        </w:tc>
      </w:tr>
      <w:tr w:rsidR="0028368E" w:rsidRPr="00786977" w:rsidTr="00E76B58">
        <w:tc>
          <w:tcPr>
            <w:tcW w:w="2519" w:type="dxa"/>
            <w:tcBorders>
              <w:top w:val="single" w:sz="4" w:space="0" w:color="auto"/>
              <w:right w:val="single" w:sz="4" w:space="0" w:color="auto"/>
            </w:tcBorders>
          </w:tcPr>
          <w:p w:rsidR="0028368E" w:rsidRPr="00786977" w:rsidRDefault="0028368E">
            <w:r w:rsidRPr="00786977">
              <w:t>Monde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68E" w:rsidRPr="00786977" w:rsidRDefault="0028368E">
            <w:r w:rsidRPr="00786977">
              <w:t>Rioja Crianza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68E" w:rsidRPr="00786977" w:rsidRDefault="0028368E">
            <w:r w:rsidRPr="00786977">
              <w:t>Vinestral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68E" w:rsidRPr="00786977" w:rsidRDefault="0028368E">
            <w:r w:rsidRPr="00786977">
              <w:t>Coop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68E" w:rsidRPr="00786977" w:rsidRDefault="00DF0A0C">
            <w:r w:rsidRPr="00786977">
              <w:t>Tempranillo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68E" w:rsidRPr="00786977" w:rsidRDefault="0028368E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</w:tcPr>
          <w:p w:rsidR="0028368E" w:rsidRPr="00786977" w:rsidRDefault="0028368E">
            <w:r w:rsidRPr="00786977">
              <w:t>4,29</w:t>
            </w:r>
          </w:p>
        </w:tc>
      </w:tr>
      <w:tr w:rsidR="0028368E" w:rsidRPr="00786977" w:rsidTr="00E76B58">
        <w:tc>
          <w:tcPr>
            <w:tcW w:w="2519" w:type="dxa"/>
          </w:tcPr>
          <w:p w:rsidR="0028368E" w:rsidRPr="00786977" w:rsidRDefault="0028368E">
            <w:r w:rsidRPr="00786977">
              <w:t>Monde</w:t>
            </w:r>
          </w:p>
        </w:tc>
        <w:tc>
          <w:tcPr>
            <w:tcW w:w="2461" w:type="dxa"/>
          </w:tcPr>
          <w:p w:rsidR="0028368E" w:rsidRPr="00786977" w:rsidRDefault="0028368E">
            <w:r w:rsidRPr="00786977">
              <w:t>Argentine Mendoza</w:t>
            </w:r>
          </w:p>
        </w:tc>
        <w:tc>
          <w:tcPr>
            <w:tcW w:w="3923" w:type="dxa"/>
          </w:tcPr>
          <w:p w:rsidR="0028368E" w:rsidRPr="00786977" w:rsidRDefault="0028368E">
            <w:r w:rsidRPr="00786977">
              <w:t>Los Alamos</w:t>
            </w:r>
          </w:p>
        </w:tc>
        <w:tc>
          <w:tcPr>
            <w:tcW w:w="2036" w:type="dxa"/>
          </w:tcPr>
          <w:p w:rsidR="0028368E" w:rsidRPr="00786977" w:rsidRDefault="0028368E">
            <w:r w:rsidRPr="00786977">
              <w:t>Catena Zapata</w:t>
            </w:r>
          </w:p>
        </w:tc>
        <w:tc>
          <w:tcPr>
            <w:tcW w:w="1741" w:type="dxa"/>
          </w:tcPr>
          <w:p w:rsidR="0028368E" w:rsidRPr="00786977" w:rsidRDefault="0028368E">
            <w:r w:rsidRPr="00786977">
              <w:t>Malbec</w:t>
            </w:r>
          </w:p>
        </w:tc>
        <w:tc>
          <w:tcPr>
            <w:tcW w:w="1480" w:type="dxa"/>
          </w:tcPr>
          <w:p w:rsidR="0028368E" w:rsidRPr="00786977" w:rsidRDefault="0028368E"/>
        </w:tc>
        <w:tc>
          <w:tcPr>
            <w:tcW w:w="1102" w:type="dxa"/>
          </w:tcPr>
          <w:p w:rsidR="0028368E" w:rsidRPr="00786977" w:rsidRDefault="0028368E">
            <w:r w:rsidRPr="00786977">
              <w:t>6,29</w:t>
            </w:r>
          </w:p>
        </w:tc>
      </w:tr>
      <w:tr w:rsidR="0028368E" w:rsidRPr="00786977" w:rsidTr="00E76B58">
        <w:tc>
          <w:tcPr>
            <w:tcW w:w="2519" w:type="dxa"/>
          </w:tcPr>
          <w:p w:rsidR="0028368E" w:rsidRPr="00786977" w:rsidRDefault="0028368E">
            <w:r w:rsidRPr="00786977">
              <w:t>Monde</w:t>
            </w:r>
          </w:p>
        </w:tc>
        <w:tc>
          <w:tcPr>
            <w:tcW w:w="2461" w:type="dxa"/>
          </w:tcPr>
          <w:p w:rsidR="0028368E" w:rsidRPr="00786977" w:rsidRDefault="0028368E">
            <w:r w:rsidRPr="00786977">
              <w:t xml:space="preserve">Chili </w:t>
            </w:r>
            <w:proofErr w:type="spellStart"/>
            <w:r w:rsidRPr="00786977">
              <w:t>Curico</w:t>
            </w:r>
            <w:proofErr w:type="spellEnd"/>
          </w:p>
        </w:tc>
        <w:tc>
          <w:tcPr>
            <w:tcW w:w="3923" w:type="dxa"/>
          </w:tcPr>
          <w:p w:rsidR="0028368E" w:rsidRPr="00786977" w:rsidRDefault="0028368E">
            <w:r w:rsidRPr="00786977">
              <w:t>Korta</w:t>
            </w:r>
          </w:p>
        </w:tc>
        <w:tc>
          <w:tcPr>
            <w:tcW w:w="2036" w:type="dxa"/>
          </w:tcPr>
          <w:p w:rsidR="0028368E" w:rsidRPr="00786977" w:rsidRDefault="0028368E">
            <w:proofErr w:type="spellStart"/>
            <w:r w:rsidRPr="00786977">
              <w:t>Bucarey</w:t>
            </w:r>
            <w:proofErr w:type="spellEnd"/>
            <w:r w:rsidRPr="00786977">
              <w:t xml:space="preserve"> Fuentes</w:t>
            </w:r>
          </w:p>
        </w:tc>
        <w:tc>
          <w:tcPr>
            <w:tcW w:w="1741" w:type="dxa"/>
          </w:tcPr>
          <w:p w:rsidR="0028368E" w:rsidRPr="00786977" w:rsidRDefault="0028368E">
            <w:proofErr w:type="spellStart"/>
            <w:r w:rsidRPr="00786977">
              <w:t>Carmenere</w:t>
            </w:r>
            <w:proofErr w:type="spellEnd"/>
          </w:p>
        </w:tc>
        <w:tc>
          <w:tcPr>
            <w:tcW w:w="1480" w:type="dxa"/>
          </w:tcPr>
          <w:p w:rsidR="0028368E" w:rsidRPr="00786977" w:rsidRDefault="0028368E"/>
        </w:tc>
        <w:tc>
          <w:tcPr>
            <w:tcW w:w="1102" w:type="dxa"/>
          </w:tcPr>
          <w:p w:rsidR="0028368E" w:rsidRPr="00786977" w:rsidRDefault="0028368E">
            <w:r w:rsidRPr="00786977">
              <w:t>5,90</w:t>
            </w:r>
          </w:p>
        </w:tc>
      </w:tr>
    </w:tbl>
    <w:p w:rsidR="00E61936" w:rsidRPr="00786977" w:rsidRDefault="0007299C">
      <w:pPr>
        <w:pStyle w:val="Titre2"/>
        <w:rPr>
          <w:rFonts w:asciiTheme="minorHAnsi" w:hAnsiTheme="minorHAnsi"/>
        </w:rPr>
      </w:pPr>
      <w:r w:rsidRPr="00786977">
        <w:rPr>
          <w:rFonts w:asciiTheme="minorHAnsi" w:hAnsiTheme="minorHAnsi"/>
        </w:rPr>
        <w:lastRenderedPageBreak/>
        <w:t>BLANCS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2"/>
        <w:gridCol w:w="2547"/>
        <w:gridCol w:w="3819"/>
        <w:gridCol w:w="2123"/>
        <w:gridCol w:w="1701"/>
        <w:gridCol w:w="1480"/>
        <w:gridCol w:w="1080"/>
      </w:tblGrid>
      <w:tr w:rsidR="00E76B58" w:rsidRPr="00786977" w:rsidTr="00E44829">
        <w:tc>
          <w:tcPr>
            <w:tcW w:w="2512" w:type="dxa"/>
          </w:tcPr>
          <w:p w:rsidR="00E76B58" w:rsidRPr="00E76B58" w:rsidRDefault="00E76B58" w:rsidP="005D61BF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Région</w:t>
            </w:r>
          </w:p>
        </w:tc>
        <w:tc>
          <w:tcPr>
            <w:tcW w:w="2547" w:type="dxa"/>
          </w:tcPr>
          <w:p w:rsidR="00E76B58" w:rsidRPr="00E76B58" w:rsidRDefault="00E76B58" w:rsidP="005D61BF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AOC IGP VDF</w:t>
            </w:r>
          </w:p>
        </w:tc>
        <w:tc>
          <w:tcPr>
            <w:tcW w:w="3819" w:type="dxa"/>
          </w:tcPr>
          <w:p w:rsidR="00E76B58" w:rsidRPr="00E76B58" w:rsidRDefault="00E76B58" w:rsidP="005D61BF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Domaine/Cuvée</w:t>
            </w:r>
          </w:p>
        </w:tc>
        <w:tc>
          <w:tcPr>
            <w:tcW w:w="2123" w:type="dxa"/>
          </w:tcPr>
          <w:p w:rsidR="00E76B58" w:rsidRPr="00E76B58" w:rsidRDefault="00E76B58" w:rsidP="005D61BF">
            <w:pPr>
              <w:rPr>
                <w:b/>
                <w:lang w:val="fr-FR"/>
              </w:rPr>
            </w:pPr>
            <w:r w:rsidRPr="00E76B58">
              <w:rPr>
                <w:b/>
                <w:lang w:val="fr-FR"/>
              </w:rPr>
              <w:t>Vignerons</w:t>
            </w:r>
          </w:p>
        </w:tc>
        <w:tc>
          <w:tcPr>
            <w:tcW w:w="1701" w:type="dxa"/>
          </w:tcPr>
          <w:p w:rsidR="00E76B58" w:rsidRPr="00E76B58" w:rsidRDefault="00E76B58" w:rsidP="005D61BF">
            <w:pPr>
              <w:rPr>
                <w:b/>
                <w:lang w:val="fr-FR"/>
              </w:rPr>
            </w:pPr>
            <w:proofErr w:type="spellStart"/>
            <w:r w:rsidRPr="00E76B58">
              <w:rPr>
                <w:b/>
                <w:lang w:val="fr-FR"/>
              </w:rPr>
              <w:t>Cepage</w:t>
            </w:r>
            <w:proofErr w:type="spellEnd"/>
          </w:p>
        </w:tc>
        <w:tc>
          <w:tcPr>
            <w:tcW w:w="1480" w:type="dxa"/>
          </w:tcPr>
          <w:p w:rsidR="00E76B58" w:rsidRPr="00E76B58" w:rsidRDefault="00E76B58" w:rsidP="005D61BF">
            <w:pPr>
              <w:rPr>
                <w:b/>
              </w:rPr>
            </w:pPr>
            <w:r w:rsidRPr="00E76B58">
              <w:rPr>
                <w:b/>
              </w:rPr>
              <w:t>Certification</w:t>
            </w:r>
          </w:p>
        </w:tc>
        <w:tc>
          <w:tcPr>
            <w:tcW w:w="1080" w:type="dxa"/>
          </w:tcPr>
          <w:p w:rsidR="00E76B58" w:rsidRPr="00E76B58" w:rsidRDefault="00E76B58" w:rsidP="005D61BF">
            <w:pPr>
              <w:rPr>
                <w:b/>
              </w:rPr>
            </w:pPr>
            <w:r w:rsidRPr="00E76B58">
              <w:rPr>
                <w:b/>
              </w:rPr>
              <w:t>Prix HT</w:t>
            </w:r>
          </w:p>
        </w:tc>
      </w:tr>
      <w:tr w:rsidR="00E76B58" w:rsidRPr="00786977" w:rsidTr="00E44829">
        <w:tc>
          <w:tcPr>
            <w:tcW w:w="2512" w:type="dxa"/>
          </w:tcPr>
          <w:p w:rsidR="00E76B58" w:rsidRPr="00786977" w:rsidRDefault="00E76B58">
            <w:r w:rsidRPr="00786977">
              <w:t>Rhône</w:t>
            </w:r>
          </w:p>
        </w:tc>
        <w:tc>
          <w:tcPr>
            <w:tcW w:w="2547" w:type="dxa"/>
          </w:tcPr>
          <w:p w:rsidR="00E76B58" w:rsidRPr="00786977" w:rsidRDefault="00E76B58">
            <w:r w:rsidRPr="00786977">
              <w:t>Cotes du Rhone</w:t>
            </w:r>
          </w:p>
        </w:tc>
        <w:tc>
          <w:tcPr>
            <w:tcW w:w="3819" w:type="dxa"/>
          </w:tcPr>
          <w:p w:rsidR="00E76B58" w:rsidRPr="00786977" w:rsidRDefault="00E76B58">
            <w:r w:rsidRPr="00786977">
              <w:t>Soleil de Nuit</w:t>
            </w:r>
          </w:p>
        </w:tc>
        <w:tc>
          <w:tcPr>
            <w:tcW w:w="2123" w:type="dxa"/>
          </w:tcPr>
          <w:p w:rsidR="00E76B58" w:rsidRPr="00786977" w:rsidRDefault="00E76B58">
            <w:proofErr w:type="spellStart"/>
            <w:r w:rsidRPr="00786977">
              <w:t>Estezargues</w:t>
            </w:r>
            <w:proofErr w:type="spellEnd"/>
          </w:p>
        </w:tc>
        <w:tc>
          <w:tcPr>
            <w:tcW w:w="1701" w:type="dxa"/>
          </w:tcPr>
          <w:p w:rsidR="00E76B58" w:rsidRPr="00786977" w:rsidRDefault="00E76B58">
            <w:r>
              <w:t xml:space="preserve">Gr </w:t>
            </w:r>
            <w:proofErr w:type="spellStart"/>
            <w:r>
              <w:t>Bl</w:t>
            </w:r>
            <w:proofErr w:type="spellEnd"/>
            <w:r>
              <w:t xml:space="preserve"> Rous </w:t>
            </w:r>
            <w:proofErr w:type="spellStart"/>
            <w:r>
              <w:t>Vio</w:t>
            </w:r>
            <w:proofErr w:type="spellEnd"/>
          </w:p>
        </w:tc>
        <w:tc>
          <w:tcPr>
            <w:tcW w:w="1480" w:type="dxa"/>
          </w:tcPr>
          <w:p w:rsidR="00E76B58" w:rsidRPr="00786977" w:rsidRDefault="00E76B58">
            <w:r w:rsidRPr="00786977">
              <w:t>Bio/Nature</w:t>
            </w:r>
          </w:p>
        </w:tc>
        <w:tc>
          <w:tcPr>
            <w:tcW w:w="1080" w:type="dxa"/>
          </w:tcPr>
          <w:p w:rsidR="00E76B58" w:rsidRPr="00786977" w:rsidRDefault="00E76B58">
            <w:r w:rsidRPr="00786977">
              <w:t>5,19</w:t>
            </w:r>
          </w:p>
        </w:tc>
      </w:tr>
      <w:tr w:rsidR="00E76B58" w:rsidRPr="00786977" w:rsidTr="00E44829">
        <w:tc>
          <w:tcPr>
            <w:tcW w:w="2512" w:type="dxa"/>
          </w:tcPr>
          <w:p w:rsidR="00E76B58" w:rsidRPr="00786977" w:rsidRDefault="00E76B58">
            <w:r w:rsidRPr="00786977">
              <w:t>Languedoc</w:t>
            </w:r>
          </w:p>
        </w:tc>
        <w:tc>
          <w:tcPr>
            <w:tcW w:w="2547" w:type="dxa"/>
          </w:tcPr>
          <w:p w:rsidR="00E76B58" w:rsidRPr="00786977" w:rsidRDefault="00E76B58">
            <w:r w:rsidRPr="00786977">
              <w:t xml:space="preserve">VDP </w:t>
            </w:r>
            <w:proofErr w:type="spellStart"/>
            <w:r w:rsidRPr="00786977">
              <w:t>Oc</w:t>
            </w:r>
            <w:proofErr w:type="spellEnd"/>
          </w:p>
        </w:tc>
        <w:tc>
          <w:tcPr>
            <w:tcW w:w="3819" w:type="dxa"/>
          </w:tcPr>
          <w:p w:rsidR="00E76B58" w:rsidRPr="00786977" w:rsidRDefault="00E76B58">
            <w:r w:rsidRPr="00786977">
              <w:t xml:space="preserve">Le </w:t>
            </w:r>
            <w:proofErr w:type="spellStart"/>
            <w:r w:rsidRPr="00786977">
              <w:t>Pigeonnier</w:t>
            </w:r>
            <w:proofErr w:type="spellEnd"/>
          </w:p>
        </w:tc>
        <w:tc>
          <w:tcPr>
            <w:tcW w:w="2123" w:type="dxa"/>
          </w:tcPr>
          <w:p w:rsidR="00E76B58" w:rsidRPr="00786977" w:rsidRDefault="00E76B58">
            <w:proofErr w:type="spellStart"/>
            <w:r w:rsidRPr="00786977">
              <w:t>Vignerons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Argeliers</w:t>
            </w:r>
            <w:proofErr w:type="spellEnd"/>
          </w:p>
        </w:tc>
        <w:tc>
          <w:tcPr>
            <w:tcW w:w="1701" w:type="dxa"/>
          </w:tcPr>
          <w:p w:rsidR="00E76B58" w:rsidRPr="00786977" w:rsidRDefault="00E76B58">
            <w:r w:rsidRPr="00786977">
              <w:t>Chardonnay</w:t>
            </w:r>
          </w:p>
        </w:tc>
        <w:tc>
          <w:tcPr>
            <w:tcW w:w="1480" w:type="dxa"/>
          </w:tcPr>
          <w:p w:rsidR="00E76B58" w:rsidRPr="00786977" w:rsidRDefault="00E76B58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76B58" w:rsidRPr="00786977" w:rsidRDefault="00E76B58">
            <w:r w:rsidRPr="00786977">
              <w:t>4,79</w:t>
            </w:r>
          </w:p>
        </w:tc>
      </w:tr>
      <w:tr w:rsidR="00E76B58" w:rsidRPr="00786977" w:rsidTr="00E44829">
        <w:tc>
          <w:tcPr>
            <w:tcW w:w="2512" w:type="dxa"/>
          </w:tcPr>
          <w:p w:rsidR="00E76B58" w:rsidRPr="00786977" w:rsidRDefault="00E76B58">
            <w:r w:rsidRPr="00786977">
              <w:t>Languedoc</w:t>
            </w:r>
          </w:p>
        </w:tc>
        <w:tc>
          <w:tcPr>
            <w:tcW w:w="2547" w:type="dxa"/>
          </w:tcPr>
          <w:p w:rsidR="00E76B58" w:rsidRPr="00786977" w:rsidRDefault="00E76B58">
            <w:r w:rsidRPr="00786977">
              <w:t xml:space="preserve">VDP </w:t>
            </w:r>
            <w:proofErr w:type="spellStart"/>
            <w:r w:rsidRPr="00786977">
              <w:t>Oc</w:t>
            </w:r>
            <w:proofErr w:type="spellEnd"/>
          </w:p>
        </w:tc>
        <w:tc>
          <w:tcPr>
            <w:tcW w:w="3819" w:type="dxa"/>
          </w:tcPr>
          <w:p w:rsidR="00E76B58" w:rsidRPr="00786977" w:rsidRDefault="00E76B58">
            <w:r w:rsidRPr="00786977">
              <w:t xml:space="preserve">Le </w:t>
            </w:r>
            <w:proofErr w:type="spellStart"/>
            <w:r w:rsidRPr="00786977">
              <w:t>Romarin</w:t>
            </w:r>
            <w:proofErr w:type="spellEnd"/>
          </w:p>
        </w:tc>
        <w:tc>
          <w:tcPr>
            <w:tcW w:w="2123" w:type="dxa"/>
          </w:tcPr>
          <w:p w:rsidR="00E76B58" w:rsidRPr="00786977" w:rsidRDefault="00E76B58">
            <w:proofErr w:type="spellStart"/>
            <w:r w:rsidRPr="00786977">
              <w:t>Vignerons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Argeliers</w:t>
            </w:r>
            <w:proofErr w:type="spellEnd"/>
          </w:p>
        </w:tc>
        <w:tc>
          <w:tcPr>
            <w:tcW w:w="1701" w:type="dxa"/>
          </w:tcPr>
          <w:p w:rsidR="00E76B58" w:rsidRPr="00786977" w:rsidRDefault="00E76B58">
            <w:r w:rsidRPr="00786977">
              <w:t>Viognier</w:t>
            </w:r>
          </w:p>
        </w:tc>
        <w:tc>
          <w:tcPr>
            <w:tcW w:w="1480" w:type="dxa"/>
          </w:tcPr>
          <w:p w:rsidR="00E76B58" w:rsidRPr="00786977" w:rsidRDefault="00E76B58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76B58" w:rsidRPr="00786977" w:rsidRDefault="00E76B58">
            <w:r w:rsidRPr="00786977">
              <w:t>4,89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 w:rsidP="00C83DA8">
            <w:r w:rsidRPr="00786977">
              <w:t>Languedoc Bag In Box</w:t>
            </w:r>
          </w:p>
        </w:tc>
        <w:tc>
          <w:tcPr>
            <w:tcW w:w="2547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>
              <w:rPr>
                <w:lang w:val="fr-FR"/>
              </w:rPr>
              <w:t xml:space="preserve">VDP </w:t>
            </w:r>
            <w:r w:rsidRPr="00786977">
              <w:rPr>
                <w:lang w:val="fr-FR"/>
              </w:rPr>
              <w:t>Côtes Catalanes</w:t>
            </w:r>
          </w:p>
        </w:tc>
        <w:tc>
          <w:tcPr>
            <w:tcW w:w="3819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Vignes Barbé</w:t>
            </w:r>
          </w:p>
        </w:tc>
        <w:tc>
          <w:tcPr>
            <w:tcW w:w="2123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M. barbé</w:t>
            </w:r>
          </w:p>
        </w:tc>
        <w:tc>
          <w:tcPr>
            <w:tcW w:w="1701" w:type="dxa"/>
          </w:tcPr>
          <w:p w:rsidR="00E44829" w:rsidRPr="00786977" w:rsidRDefault="00E44829" w:rsidP="00E44829">
            <w:pPr>
              <w:rPr>
                <w:lang w:val="fr-FR"/>
              </w:rPr>
            </w:pPr>
            <w:proofErr w:type="spellStart"/>
            <w:r w:rsidRPr="00786977">
              <w:rPr>
                <w:lang w:val="fr-FR"/>
              </w:rPr>
              <w:t>Gre</w:t>
            </w:r>
            <w:proofErr w:type="spellEnd"/>
            <w:r w:rsidRPr="00786977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Blc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Chard</w:t>
            </w:r>
            <w:proofErr w:type="spellEnd"/>
          </w:p>
        </w:tc>
        <w:tc>
          <w:tcPr>
            <w:tcW w:w="1480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080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32.90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Sud-Ouest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 xml:space="preserve">VDP </w:t>
            </w:r>
            <w:proofErr w:type="spellStart"/>
            <w:r w:rsidRPr="00786977">
              <w:t>Gascogne</w:t>
            </w:r>
            <w:proofErr w:type="spellEnd"/>
          </w:p>
        </w:tc>
        <w:tc>
          <w:tcPr>
            <w:tcW w:w="3819" w:type="dxa"/>
          </w:tcPr>
          <w:p w:rsidR="00E44829" w:rsidRPr="00786977" w:rsidRDefault="00E44829">
            <w:r w:rsidRPr="00786977">
              <w:t>Château de Millet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Laurence </w:t>
            </w:r>
            <w:proofErr w:type="spellStart"/>
            <w:r w:rsidRPr="00786977">
              <w:t>Deche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>Sauvignon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4,09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Sud-Ouest</w:t>
            </w:r>
          </w:p>
        </w:tc>
        <w:tc>
          <w:tcPr>
            <w:tcW w:w="2547" w:type="dxa"/>
          </w:tcPr>
          <w:p w:rsidR="00E44829" w:rsidRPr="00786977" w:rsidRDefault="00E44829">
            <w:proofErr w:type="spellStart"/>
            <w:r w:rsidRPr="00786977">
              <w:t>Vdp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Gascogne</w:t>
            </w:r>
            <w:proofErr w:type="spellEnd"/>
          </w:p>
        </w:tc>
        <w:tc>
          <w:tcPr>
            <w:tcW w:w="3819" w:type="dxa"/>
          </w:tcPr>
          <w:p w:rsidR="00E44829" w:rsidRPr="00786977" w:rsidRDefault="00E44829">
            <w:proofErr w:type="spellStart"/>
            <w:r w:rsidRPr="00786977">
              <w:t>Picardon</w:t>
            </w:r>
            <w:proofErr w:type="spellEnd"/>
            <w:r w:rsidRPr="00786977">
              <w:t xml:space="preserve"> “Le Sec”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Myriam </w:t>
            </w:r>
            <w:proofErr w:type="spellStart"/>
            <w:r w:rsidRPr="00786977">
              <w:t>Randé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 w:rsidRPr="00786977">
              <w:t>UgniColombard</w:t>
            </w:r>
            <w:proofErr w:type="spellEnd"/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3,99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Sud-Ouest</w:t>
            </w:r>
          </w:p>
        </w:tc>
        <w:tc>
          <w:tcPr>
            <w:tcW w:w="2547" w:type="dxa"/>
          </w:tcPr>
          <w:p w:rsidR="00E44829" w:rsidRPr="00786977" w:rsidRDefault="00E44829">
            <w:proofErr w:type="spellStart"/>
            <w:r w:rsidRPr="00786977">
              <w:t>Vdp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Gascogne</w:t>
            </w:r>
            <w:proofErr w:type="spellEnd"/>
          </w:p>
        </w:tc>
        <w:tc>
          <w:tcPr>
            <w:tcW w:w="3819" w:type="dxa"/>
          </w:tcPr>
          <w:p w:rsidR="00E44829" w:rsidRPr="00786977" w:rsidRDefault="00E44829">
            <w:proofErr w:type="spellStart"/>
            <w:r w:rsidRPr="00786977">
              <w:t>Picardon</w:t>
            </w:r>
            <w:proofErr w:type="spellEnd"/>
            <w:r w:rsidRPr="00786977">
              <w:t xml:space="preserve"> “La Difference”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Myriam </w:t>
            </w:r>
            <w:proofErr w:type="spellStart"/>
            <w:r w:rsidRPr="00786977">
              <w:t>Randé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 xml:space="preserve">G et P </w:t>
            </w:r>
            <w:proofErr w:type="spellStart"/>
            <w:r w:rsidRPr="00786977">
              <w:t>Mansang</w:t>
            </w:r>
            <w:proofErr w:type="spellEnd"/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4,99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Bourgogne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Petit Chablis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Domaine Alexandre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>Alexandre Guy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Chardonnay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9,09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Bourgogne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Chablis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Domaine Alexandre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>Alexandre Guy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Chardonnay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10,90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Bourgogne</w:t>
            </w:r>
          </w:p>
        </w:tc>
        <w:tc>
          <w:tcPr>
            <w:tcW w:w="2547" w:type="dxa"/>
          </w:tcPr>
          <w:p w:rsidR="00E44829" w:rsidRPr="00786977" w:rsidRDefault="00E44829" w:rsidP="00DF0A0C">
            <w:r w:rsidRPr="00786977">
              <w:t xml:space="preserve">Chablis 1er Cru 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“</w:t>
            </w:r>
            <w:proofErr w:type="spellStart"/>
            <w:r w:rsidRPr="00786977">
              <w:t>Fourchaume</w:t>
            </w:r>
            <w:proofErr w:type="spellEnd"/>
            <w:r w:rsidRPr="00786977">
              <w:t>”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>Alexandre Guy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Chardonnay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16,90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Bourgogne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Pouilly-Fuissé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Domaine Eloy</w:t>
            </w:r>
          </w:p>
        </w:tc>
        <w:tc>
          <w:tcPr>
            <w:tcW w:w="2123" w:type="dxa"/>
          </w:tcPr>
          <w:p w:rsidR="00E44829" w:rsidRPr="00786977" w:rsidRDefault="00E44829">
            <w:proofErr w:type="spellStart"/>
            <w:r w:rsidRPr="00786977">
              <w:t>S et</w:t>
            </w:r>
            <w:proofErr w:type="spellEnd"/>
            <w:r w:rsidRPr="00786977">
              <w:t xml:space="preserve"> JY Eloy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Chardonnay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11,90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Bourgogne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Mâcon Milly La Martine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Domaine Eloy</w:t>
            </w:r>
          </w:p>
        </w:tc>
        <w:tc>
          <w:tcPr>
            <w:tcW w:w="2123" w:type="dxa"/>
          </w:tcPr>
          <w:p w:rsidR="00E44829" w:rsidRPr="00786977" w:rsidRDefault="00E44829">
            <w:proofErr w:type="spellStart"/>
            <w:r w:rsidRPr="00786977">
              <w:t>S et</w:t>
            </w:r>
            <w:proofErr w:type="spellEnd"/>
            <w:r w:rsidRPr="00786977">
              <w:t xml:space="preserve"> JY Eloy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Chardonnay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7,15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Loire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Reuilly Les Lignis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 xml:space="preserve">“Les </w:t>
            </w:r>
            <w:proofErr w:type="spellStart"/>
            <w:r w:rsidRPr="00786977">
              <w:t>Lignis</w:t>
            </w:r>
            <w:proofErr w:type="spellEnd"/>
            <w:r w:rsidRPr="00786977">
              <w:t>”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Valery </w:t>
            </w:r>
            <w:proofErr w:type="spellStart"/>
            <w:r w:rsidRPr="00786977">
              <w:t>Renaudat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>Sauvignon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7,79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Loire</w:t>
            </w:r>
          </w:p>
        </w:tc>
        <w:tc>
          <w:tcPr>
            <w:tcW w:w="2547" w:type="dxa"/>
          </w:tcPr>
          <w:p w:rsidR="00E44829" w:rsidRPr="00786977" w:rsidRDefault="00E44829" w:rsidP="00842110">
            <w:r w:rsidRPr="00786977">
              <w:t xml:space="preserve">Touraine </w:t>
            </w:r>
            <w:proofErr w:type="spellStart"/>
            <w:r w:rsidRPr="00786977">
              <w:t>Az</w:t>
            </w:r>
            <w:proofErr w:type="spellEnd"/>
            <w:r w:rsidRPr="00786977">
              <w:t xml:space="preserve"> Le Rideau</w:t>
            </w:r>
          </w:p>
        </w:tc>
        <w:tc>
          <w:tcPr>
            <w:tcW w:w="3819" w:type="dxa"/>
          </w:tcPr>
          <w:p w:rsidR="00E44829" w:rsidRPr="00786977" w:rsidRDefault="00E44829">
            <w:proofErr w:type="spellStart"/>
            <w:r w:rsidRPr="00786977">
              <w:t>Hauts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Baigneux</w:t>
            </w:r>
            <w:proofErr w:type="spellEnd"/>
            <w:r w:rsidRPr="00786977">
              <w:t xml:space="preserve"> </w:t>
            </w:r>
          </w:p>
        </w:tc>
        <w:tc>
          <w:tcPr>
            <w:tcW w:w="2123" w:type="dxa"/>
          </w:tcPr>
          <w:p w:rsidR="00E44829" w:rsidRPr="00786977" w:rsidRDefault="00E44829">
            <w:proofErr w:type="spellStart"/>
            <w:r w:rsidRPr="00786977">
              <w:t>Grosbois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>Chenin</w:t>
            </w:r>
          </w:p>
        </w:tc>
        <w:tc>
          <w:tcPr>
            <w:tcW w:w="1480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080" w:type="dxa"/>
          </w:tcPr>
          <w:p w:rsidR="00E44829" w:rsidRPr="00786977" w:rsidRDefault="00E44829">
            <w:r w:rsidRPr="00786977">
              <w:t>7,89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Loire</w:t>
            </w:r>
          </w:p>
        </w:tc>
        <w:tc>
          <w:tcPr>
            <w:tcW w:w="2547" w:type="dxa"/>
          </w:tcPr>
          <w:p w:rsidR="00E44829" w:rsidRPr="00786977" w:rsidRDefault="00E44829" w:rsidP="00F70EDC">
            <w:r w:rsidRPr="00786977">
              <w:t xml:space="preserve">Anjou </w:t>
            </w:r>
          </w:p>
        </w:tc>
        <w:tc>
          <w:tcPr>
            <w:tcW w:w="3819" w:type="dxa"/>
          </w:tcPr>
          <w:p w:rsidR="00E44829" w:rsidRPr="00786977" w:rsidRDefault="00E44829" w:rsidP="00842110">
            <w:r w:rsidRPr="00786977">
              <w:t>Le Fief Noir “</w:t>
            </w:r>
            <w:proofErr w:type="spellStart"/>
            <w:r w:rsidRPr="00786977">
              <w:t>Echappée</w:t>
            </w:r>
            <w:proofErr w:type="spellEnd"/>
            <w:r w:rsidRPr="00786977">
              <w:t>”</w:t>
            </w:r>
          </w:p>
        </w:tc>
        <w:tc>
          <w:tcPr>
            <w:tcW w:w="2123" w:type="dxa"/>
          </w:tcPr>
          <w:p w:rsidR="00E44829" w:rsidRPr="00786977" w:rsidRDefault="00E44829">
            <w:proofErr w:type="spellStart"/>
            <w:r w:rsidRPr="00786977">
              <w:t>Sirot</w:t>
            </w:r>
            <w:proofErr w:type="spellEnd"/>
            <w:r w:rsidRPr="00786977">
              <w:t xml:space="preserve"> / </w:t>
            </w:r>
            <w:proofErr w:type="spellStart"/>
            <w:r w:rsidRPr="00786977">
              <w:t>Soulas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>Chenin</w:t>
            </w:r>
          </w:p>
        </w:tc>
        <w:tc>
          <w:tcPr>
            <w:tcW w:w="1480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080" w:type="dxa"/>
          </w:tcPr>
          <w:p w:rsidR="00E44829" w:rsidRPr="00786977" w:rsidRDefault="00E44829">
            <w:r w:rsidRPr="00786977">
              <w:t>7,75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Loire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Pouilly-Fumé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Favray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>Augustin David</w:t>
            </w:r>
          </w:p>
        </w:tc>
        <w:tc>
          <w:tcPr>
            <w:tcW w:w="1701" w:type="dxa"/>
          </w:tcPr>
          <w:p w:rsidR="00E44829" w:rsidRPr="00786977" w:rsidRDefault="00E44829">
            <w:r w:rsidRPr="00786977">
              <w:t>Sauvignon</w:t>
            </w:r>
          </w:p>
        </w:tc>
        <w:tc>
          <w:tcPr>
            <w:tcW w:w="1480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080" w:type="dxa"/>
          </w:tcPr>
          <w:p w:rsidR="00E44829" w:rsidRPr="00786977" w:rsidRDefault="00E44829">
            <w:r w:rsidRPr="00786977">
              <w:t>10,29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Loire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Sauvignon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Vignobles Cogné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Stephanie </w:t>
            </w:r>
            <w:proofErr w:type="spellStart"/>
            <w:r w:rsidRPr="00786977">
              <w:t>Cogné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>Sauvignon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5,69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Bordeaux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Graves Blanc La Quille</w:t>
            </w:r>
          </w:p>
        </w:tc>
        <w:tc>
          <w:tcPr>
            <w:tcW w:w="3819" w:type="dxa"/>
          </w:tcPr>
          <w:p w:rsidR="00E44829" w:rsidRPr="00786977" w:rsidRDefault="00E44829">
            <w:r w:rsidRPr="00786977">
              <w:t>Cerrons</w:t>
            </w:r>
          </w:p>
        </w:tc>
        <w:tc>
          <w:tcPr>
            <w:tcW w:w="2123" w:type="dxa"/>
          </w:tcPr>
          <w:p w:rsidR="00E44829" w:rsidRPr="00786977" w:rsidRDefault="00E44829">
            <w:r w:rsidRPr="00786977">
              <w:t xml:space="preserve">C. </w:t>
            </w:r>
            <w:proofErr w:type="spellStart"/>
            <w:r w:rsidRPr="00786977">
              <w:t>Perromat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 w:rsidRPr="00786977">
              <w:t>Sauv</w:t>
            </w:r>
            <w:proofErr w:type="spellEnd"/>
            <w:r w:rsidRPr="00786977">
              <w:t xml:space="preserve"> Semillon</w:t>
            </w:r>
          </w:p>
        </w:tc>
        <w:tc>
          <w:tcPr>
            <w:tcW w:w="1480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080" w:type="dxa"/>
          </w:tcPr>
          <w:p w:rsidR="00E44829" w:rsidRPr="00786977" w:rsidRDefault="00E44829">
            <w:r w:rsidRPr="00786977">
              <w:t>6,79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>
            <w:r w:rsidRPr="00786977">
              <w:t>Monde</w:t>
            </w:r>
          </w:p>
        </w:tc>
        <w:tc>
          <w:tcPr>
            <w:tcW w:w="2547" w:type="dxa"/>
          </w:tcPr>
          <w:p w:rsidR="00E44829" w:rsidRPr="00786977" w:rsidRDefault="00E44829">
            <w:r w:rsidRPr="00786977">
              <w:t>Prosecco Extra Dry</w:t>
            </w:r>
          </w:p>
        </w:tc>
        <w:tc>
          <w:tcPr>
            <w:tcW w:w="3819" w:type="dxa"/>
          </w:tcPr>
          <w:p w:rsidR="00E44829" w:rsidRPr="00786977" w:rsidRDefault="00E44829">
            <w:proofErr w:type="spellStart"/>
            <w:r>
              <w:t>Millesimato</w:t>
            </w:r>
            <w:proofErr w:type="spellEnd"/>
          </w:p>
        </w:tc>
        <w:tc>
          <w:tcPr>
            <w:tcW w:w="2123" w:type="dxa"/>
          </w:tcPr>
          <w:p w:rsidR="00E44829" w:rsidRPr="00786977" w:rsidRDefault="00E44829">
            <w:r>
              <w:t xml:space="preserve">Antonio </w:t>
            </w:r>
            <w:proofErr w:type="spellStart"/>
            <w:r>
              <w:t>Disegna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 w:rsidRPr="00786977">
              <w:t>Glera</w:t>
            </w:r>
            <w:proofErr w:type="spellEnd"/>
          </w:p>
        </w:tc>
        <w:tc>
          <w:tcPr>
            <w:tcW w:w="1480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080" w:type="dxa"/>
          </w:tcPr>
          <w:p w:rsidR="00E44829" w:rsidRPr="00786977" w:rsidRDefault="00E44829">
            <w:r w:rsidRPr="00786977">
              <w:t>5,79</w:t>
            </w:r>
          </w:p>
        </w:tc>
      </w:tr>
      <w:tr w:rsidR="00E44829" w:rsidRPr="00786977" w:rsidTr="00E44829">
        <w:tc>
          <w:tcPr>
            <w:tcW w:w="2512" w:type="dxa"/>
          </w:tcPr>
          <w:p w:rsidR="00E44829" w:rsidRPr="00786977" w:rsidRDefault="00E44829" w:rsidP="00F70EDC">
            <w:r w:rsidRPr="00786977">
              <w:t>Languedoc</w:t>
            </w:r>
          </w:p>
        </w:tc>
        <w:tc>
          <w:tcPr>
            <w:tcW w:w="2547" w:type="dxa"/>
          </w:tcPr>
          <w:p w:rsidR="00E44829" w:rsidRPr="00786977" w:rsidRDefault="00E44829" w:rsidP="00F70EDC">
            <w:r w:rsidRPr="00786977">
              <w:t>VDF</w:t>
            </w:r>
          </w:p>
        </w:tc>
        <w:tc>
          <w:tcPr>
            <w:tcW w:w="3819" w:type="dxa"/>
          </w:tcPr>
          <w:p w:rsidR="00E44829" w:rsidRPr="00786977" w:rsidRDefault="00E44829" w:rsidP="00F70EDC">
            <w:r w:rsidRPr="00786977">
              <w:t xml:space="preserve">La Vie </w:t>
            </w:r>
            <w:proofErr w:type="spellStart"/>
            <w:r w:rsidRPr="00786977">
              <w:t>en</w:t>
            </w:r>
            <w:proofErr w:type="spellEnd"/>
            <w:r w:rsidRPr="00786977">
              <w:t xml:space="preserve"> Orange</w:t>
            </w:r>
          </w:p>
        </w:tc>
        <w:tc>
          <w:tcPr>
            <w:tcW w:w="2123" w:type="dxa"/>
          </w:tcPr>
          <w:p w:rsidR="00E44829" w:rsidRPr="00786977" w:rsidRDefault="00E44829" w:rsidP="00F70EDC">
            <w:r w:rsidRPr="00786977">
              <w:t xml:space="preserve">Francois </w:t>
            </w:r>
            <w:proofErr w:type="spellStart"/>
            <w:r w:rsidRPr="00786977">
              <w:t>Ducrot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 w:rsidP="00F70EDC">
            <w:proofErr w:type="spellStart"/>
            <w:r>
              <w:t>Clai</w:t>
            </w:r>
            <w:proofErr w:type="spellEnd"/>
            <w:r>
              <w:t xml:space="preserve"> </w:t>
            </w:r>
            <w:proofErr w:type="spellStart"/>
            <w:r>
              <w:t>MarRouVio</w:t>
            </w:r>
            <w:proofErr w:type="spellEnd"/>
          </w:p>
        </w:tc>
        <w:tc>
          <w:tcPr>
            <w:tcW w:w="1480" w:type="dxa"/>
          </w:tcPr>
          <w:p w:rsidR="00E44829" w:rsidRPr="00786977" w:rsidRDefault="00E44829" w:rsidP="00F70EDC">
            <w:r w:rsidRPr="00786977">
              <w:t>Bio</w:t>
            </w:r>
          </w:p>
        </w:tc>
        <w:tc>
          <w:tcPr>
            <w:tcW w:w="1080" w:type="dxa"/>
          </w:tcPr>
          <w:p w:rsidR="00E44829" w:rsidRPr="00786977" w:rsidRDefault="00E44829" w:rsidP="00F70EDC">
            <w:r w:rsidRPr="00786977">
              <w:t>6,99</w:t>
            </w:r>
          </w:p>
        </w:tc>
      </w:tr>
    </w:tbl>
    <w:p w:rsidR="00E61936" w:rsidRPr="00786977" w:rsidRDefault="0007299C">
      <w:pPr>
        <w:pStyle w:val="Titre2"/>
        <w:rPr>
          <w:rFonts w:asciiTheme="minorHAnsi" w:hAnsiTheme="minorHAnsi"/>
        </w:rPr>
      </w:pPr>
      <w:r w:rsidRPr="00786977">
        <w:rPr>
          <w:rFonts w:asciiTheme="minorHAnsi" w:hAnsiTheme="minorHAnsi"/>
        </w:rPr>
        <w:t>ROSES &amp; BULLES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3827"/>
        <w:gridCol w:w="1739"/>
        <w:gridCol w:w="1701"/>
        <w:gridCol w:w="1418"/>
        <w:gridCol w:w="1120"/>
      </w:tblGrid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Corse</w:t>
            </w:r>
          </w:p>
        </w:tc>
        <w:tc>
          <w:tcPr>
            <w:tcW w:w="2552" w:type="dxa"/>
          </w:tcPr>
          <w:p w:rsidR="00E44829" w:rsidRPr="00786977" w:rsidRDefault="00E44829">
            <w:r w:rsidRPr="00E44829">
              <w:t xml:space="preserve">VDP Ile de </w:t>
            </w:r>
            <w:proofErr w:type="spellStart"/>
            <w:r w:rsidRPr="00E44829">
              <w:t>Beauté</w:t>
            </w:r>
            <w:proofErr w:type="spellEnd"/>
          </w:p>
        </w:tc>
        <w:tc>
          <w:tcPr>
            <w:tcW w:w="3827" w:type="dxa"/>
          </w:tcPr>
          <w:p w:rsidR="00E44829" w:rsidRPr="0097720D" w:rsidRDefault="00E44829" w:rsidP="007A13BE">
            <w:r w:rsidRPr="0097720D">
              <w:t xml:space="preserve">U San </w:t>
            </w:r>
            <w:proofErr w:type="spellStart"/>
            <w:r w:rsidRPr="0097720D">
              <w:t>Muletto</w:t>
            </w:r>
            <w:proofErr w:type="spellEnd"/>
          </w:p>
        </w:tc>
        <w:tc>
          <w:tcPr>
            <w:tcW w:w="1739" w:type="dxa"/>
          </w:tcPr>
          <w:p w:rsidR="00E44829" w:rsidRPr="00786977" w:rsidRDefault="00E44829">
            <w:r>
              <w:t xml:space="preserve">R. </w:t>
            </w:r>
            <w:proofErr w:type="spellStart"/>
            <w:r>
              <w:t>Giambagli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 w:rsidRPr="00786977">
              <w:t>Sciac</w:t>
            </w:r>
            <w:proofErr w:type="spellEnd"/>
            <w:r w:rsidRPr="00786977">
              <w:t xml:space="preserve"> </w:t>
            </w:r>
            <w:proofErr w:type="spellStart"/>
            <w:r w:rsidRPr="00786977">
              <w:t>Niellu</w:t>
            </w:r>
            <w:proofErr w:type="spellEnd"/>
          </w:p>
        </w:tc>
        <w:tc>
          <w:tcPr>
            <w:tcW w:w="1418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120" w:type="dxa"/>
          </w:tcPr>
          <w:p w:rsidR="00E44829" w:rsidRPr="00786977" w:rsidRDefault="00E44829">
            <w:r w:rsidRPr="00786977">
              <w:t>3,99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Provence</w:t>
            </w:r>
          </w:p>
        </w:tc>
        <w:tc>
          <w:tcPr>
            <w:tcW w:w="2552" w:type="dxa"/>
          </w:tcPr>
          <w:p w:rsidR="00E44829" w:rsidRPr="00786977" w:rsidRDefault="00E44829">
            <w:r w:rsidRPr="00786977">
              <w:t>Aix-en-Provence</w:t>
            </w:r>
          </w:p>
        </w:tc>
        <w:tc>
          <w:tcPr>
            <w:tcW w:w="3827" w:type="dxa"/>
          </w:tcPr>
          <w:p w:rsidR="00E44829" w:rsidRPr="0097720D" w:rsidRDefault="00E44829" w:rsidP="007A13BE">
            <w:r>
              <w:t>“</w:t>
            </w:r>
            <w:r w:rsidRPr="0097720D">
              <w:t>Aix</w:t>
            </w:r>
            <w:r>
              <w:t>”</w:t>
            </w:r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R. </w:t>
            </w:r>
            <w:proofErr w:type="spellStart"/>
            <w:r w:rsidRPr="00786977">
              <w:t>Giambagli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>
              <w:t>Sy</w:t>
            </w:r>
            <w:proofErr w:type="spellEnd"/>
            <w:r>
              <w:t xml:space="preserve"> Gr </w:t>
            </w:r>
            <w:proofErr w:type="spellStart"/>
            <w:r>
              <w:t>Tibouren</w:t>
            </w:r>
            <w:proofErr w:type="spellEnd"/>
          </w:p>
        </w:tc>
        <w:tc>
          <w:tcPr>
            <w:tcW w:w="1418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120" w:type="dxa"/>
          </w:tcPr>
          <w:p w:rsidR="00E44829" w:rsidRPr="00786977" w:rsidRDefault="00E44829">
            <w:r w:rsidRPr="00786977">
              <w:t>6,49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>
              <w:t>Provence</w:t>
            </w:r>
          </w:p>
        </w:tc>
        <w:tc>
          <w:tcPr>
            <w:tcW w:w="2552" w:type="dxa"/>
          </w:tcPr>
          <w:p w:rsidR="00E44829" w:rsidRPr="00786977" w:rsidRDefault="00E44829">
            <w:r>
              <w:t xml:space="preserve">IGP </w:t>
            </w:r>
            <w:r w:rsidRPr="00786977">
              <w:t>Sable de Camargue</w:t>
            </w:r>
          </w:p>
        </w:tc>
        <w:tc>
          <w:tcPr>
            <w:tcW w:w="3827" w:type="dxa"/>
          </w:tcPr>
          <w:p w:rsidR="00E44829" w:rsidRPr="0097720D" w:rsidRDefault="00E44829" w:rsidP="007A13BE">
            <w:r>
              <w:t>“</w:t>
            </w:r>
            <w:proofErr w:type="spellStart"/>
            <w:r w:rsidRPr="0097720D">
              <w:t>Luma</w:t>
            </w:r>
            <w:proofErr w:type="spellEnd"/>
            <w:r>
              <w:t>”</w:t>
            </w:r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R. </w:t>
            </w:r>
            <w:proofErr w:type="spellStart"/>
            <w:r w:rsidRPr="00786977">
              <w:t>Giambagli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>
              <w:t>Grenache</w:t>
            </w:r>
          </w:p>
        </w:tc>
        <w:tc>
          <w:tcPr>
            <w:tcW w:w="1418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120" w:type="dxa"/>
          </w:tcPr>
          <w:p w:rsidR="00E44829" w:rsidRPr="00786977" w:rsidRDefault="00E44829">
            <w:r w:rsidRPr="00786977">
              <w:t>4,89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Corse</w:t>
            </w:r>
          </w:p>
        </w:tc>
        <w:tc>
          <w:tcPr>
            <w:tcW w:w="2552" w:type="dxa"/>
          </w:tcPr>
          <w:p w:rsidR="00E44829" w:rsidRPr="00786977" w:rsidRDefault="00E44829">
            <w:r>
              <w:t xml:space="preserve">VDP Ile de </w:t>
            </w:r>
            <w:proofErr w:type="spellStart"/>
            <w:r>
              <w:t>Beauté</w:t>
            </w:r>
            <w:proofErr w:type="spellEnd"/>
          </w:p>
        </w:tc>
        <w:tc>
          <w:tcPr>
            <w:tcW w:w="3827" w:type="dxa"/>
          </w:tcPr>
          <w:p w:rsidR="00E44829" w:rsidRPr="0097720D" w:rsidRDefault="00E44829" w:rsidP="007A13BE">
            <w:r w:rsidRPr="0097720D">
              <w:t xml:space="preserve">San </w:t>
            </w:r>
            <w:proofErr w:type="spellStart"/>
            <w:r w:rsidRPr="0097720D">
              <w:t>Pedrone</w:t>
            </w:r>
            <w:proofErr w:type="spellEnd"/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R. </w:t>
            </w:r>
            <w:proofErr w:type="spellStart"/>
            <w:r w:rsidRPr="00786977">
              <w:t>Giambagli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>
              <w:t>Sciac</w:t>
            </w:r>
            <w:proofErr w:type="spellEnd"/>
            <w:r>
              <w:t xml:space="preserve"> </w:t>
            </w:r>
            <w:proofErr w:type="spellStart"/>
            <w:r>
              <w:t>Niel</w:t>
            </w:r>
            <w:proofErr w:type="spellEnd"/>
            <w:r>
              <w:t xml:space="preserve"> </w:t>
            </w:r>
            <w:proofErr w:type="spellStart"/>
            <w:r>
              <w:t>Gre</w:t>
            </w:r>
            <w:proofErr w:type="spellEnd"/>
          </w:p>
        </w:tc>
        <w:tc>
          <w:tcPr>
            <w:tcW w:w="1418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120" w:type="dxa"/>
          </w:tcPr>
          <w:p w:rsidR="00E44829" w:rsidRPr="00786977" w:rsidRDefault="00E44829">
            <w:r w:rsidRPr="00786977">
              <w:t>3,99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Provence</w:t>
            </w:r>
          </w:p>
        </w:tc>
        <w:tc>
          <w:tcPr>
            <w:tcW w:w="2552" w:type="dxa"/>
          </w:tcPr>
          <w:p w:rsidR="00E44829" w:rsidRPr="00786977" w:rsidRDefault="00E44829">
            <w:proofErr w:type="spellStart"/>
            <w:r>
              <w:t>Ctx</w:t>
            </w:r>
            <w:proofErr w:type="spellEnd"/>
            <w:r>
              <w:t xml:space="preserve"> </w:t>
            </w:r>
            <w:proofErr w:type="spellStart"/>
            <w:r w:rsidRPr="00786977">
              <w:t>Varois</w:t>
            </w:r>
            <w:proofErr w:type="spellEnd"/>
            <w:r>
              <w:t xml:space="preserve"> Provence</w:t>
            </w:r>
          </w:p>
        </w:tc>
        <w:tc>
          <w:tcPr>
            <w:tcW w:w="3827" w:type="dxa"/>
          </w:tcPr>
          <w:p w:rsidR="00E44829" w:rsidRPr="0097720D" w:rsidRDefault="00E44829" w:rsidP="007A13BE">
            <w:proofErr w:type="spellStart"/>
            <w:r w:rsidRPr="0097720D">
              <w:t>Chemin</w:t>
            </w:r>
            <w:proofErr w:type="spellEnd"/>
            <w:r w:rsidRPr="0097720D">
              <w:t xml:space="preserve"> de Provence</w:t>
            </w:r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R. </w:t>
            </w:r>
            <w:proofErr w:type="spellStart"/>
            <w:r w:rsidRPr="00786977">
              <w:t>Giambagli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>
              <w:t>Sy</w:t>
            </w:r>
            <w:proofErr w:type="spellEnd"/>
            <w:r>
              <w:t xml:space="preserve"> </w:t>
            </w:r>
            <w:proofErr w:type="spellStart"/>
            <w:r>
              <w:t>Mourv</w:t>
            </w:r>
            <w:proofErr w:type="spellEnd"/>
            <w:r>
              <w:t xml:space="preserve"> </w:t>
            </w:r>
            <w:proofErr w:type="spellStart"/>
            <w:r>
              <w:t>Cins</w:t>
            </w:r>
            <w:proofErr w:type="spellEnd"/>
          </w:p>
        </w:tc>
        <w:tc>
          <w:tcPr>
            <w:tcW w:w="1418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120" w:type="dxa"/>
          </w:tcPr>
          <w:p w:rsidR="00E44829" w:rsidRPr="00786977" w:rsidRDefault="00E44829">
            <w:r w:rsidRPr="00786977">
              <w:t>6,59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 w:rsidP="00C83DA8">
            <w:r w:rsidRPr="00786977">
              <w:t>Languedoc Bag In Box</w:t>
            </w:r>
          </w:p>
        </w:tc>
        <w:tc>
          <w:tcPr>
            <w:tcW w:w="2552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>
              <w:rPr>
                <w:lang w:val="fr-FR"/>
              </w:rPr>
              <w:t xml:space="preserve">VDP </w:t>
            </w:r>
            <w:r w:rsidRPr="00786977">
              <w:rPr>
                <w:lang w:val="fr-FR"/>
              </w:rPr>
              <w:t>Côtes Catalanes</w:t>
            </w:r>
          </w:p>
        </w:tc>
        <w:tc>
          <w:tcPr>
            <w:tcW w:w="3827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Vignes Barbé</w:t>
            </w:r>
          </w:p>
        </w:tc>
        <w:tc>
          <w:tcPr>
            <w:tcW w:w="1739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M. barbé</w:t>
            </w:r>
          </w:p>
        </w:tc>
        <w:tc>
          <w:tcPr>
            <w:tcW w:w="1701" w:type="dxa"/>
          </w:tcPr>
          <w:p w:rsidR="00E44829" w:rsidRPr="00786977" w:rsidRDefault="00E44829" w:rsidP="00C83DA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Syr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Cins</w:t>
            </w:r>
            <w:proofErr w:type="spellEnd"/>
          </w:p>
        </w:tc>
        <w:tc>
          <w:tcPr>
            <w:tcW w:w="1418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Bio</w:t>
            </w:r>
          </w:p>
        </w:tc>
        <w:tc>
          <w:tcPr>
            <w:tcW w:w="1120" w:type="dxa"/>
          </w:tcPr>
          <w:p w:rsidR="00E44829" w:rsidRPr="00786977" w:rsidRDefault="00E44829" w:rsidP="00C83DA8">
            <w:pPr>
              <w:rPr>
                <w:lang w:val="fr-FR"/>
              </w:rPr>
            </w:pPr>
            <w:r w:rsidRPr="00786977">
              <w:rPr>
                <w:lang w:val="fr-FR"/>
              </w:rPr>
              <w:t>32.90</w:t>
            </w:r>
          </w:p>
        </w:tc>
      </w:tr>
      <w:tr w:rsidR="00F510AE" w:rsidRPr="00786977" w:rsidTr="00E44829">
        <w:tc>
          <w:tcPr>
            <w:tcW w:w="2518" w:type="dxa"/>
          </w:tcPr>
          <w:p w:rsidR="00F510AE" w:rsidRPr="00786977" w:rsidRDefault="00F510AE" w:rsidP="00C83DA8"/>
        </w:tc>
        <w:tc>
          <w:tcPr>
            <w:tcW w:w="2552" w:type="dxa"/>
          </w:tcPr>
          <w:p w:rsidR="00F510AE" w:rsidRDefault="00F510AE" w:rsidP="00C83DA8">
            <w:pPr>
              <w:rPr>
                <w:lang w:val="fr-FR"/>
              </w:rPr>
            </w:pPr>
          </w:p>
        </w:tc>
        <w:tc>
          <w:tcPr>
            <w:tcW w:w="3827" w:type="dxa"/>
          </w:tcPr>
          <w:p w:rsidR="00F510AE" w:rsidRPr="00786977" w:rsidRDefault="00F510AE" w:rsidP="00C83DA8">
            <w:pPr>
              <w:rPr>
                <w:lang w:val="fr-FR"/>
              </w:rPr>
            </w:pPr>
          </w:p>
        </w:tc>
        <w:tc>
          <w:tcPr>
            <w:tcW w:w="1739" w:type="dxa"/>
          </w:tcPr>
          <w:p w:rsidR="00F510AE" w:rsidRPr="00786977" w:rsidRDefault="00F510AE" w:rsidP="00C83DA8">
            <w:pPr>
              <w:rPr>
                <w:lang w:val="fr-FR"/>
              </w:rPr>
            </w:pPr>
          </w:p>
        </w:tc>
        <w:tc>
          <w:tcPr>
            <w:tcW w:w="1701" w:type="dxa"/>
          </w:tcPr>
          <w:p w:rsidR="00F510AE" w:rsidRDefault="00F510AE" w:rsidP="00C83DA8">
            <w:pPr>
              <w:rPr>
                <w:lang w:val="fr-FR"/>
              </w:rPr>
            </w:pPr>
          </w:p>
        </w:tc>
        <w:tc>
          <w:tcPr>
            <w:tcW w:w="1418" w:type="dxa"/>
          </w:tcPr>
          <w:p w:rsidR="00F510AE" w:rsidRPr="00786977" w:rsidRDefault="00F510AE" w:rsidP="00C83DA8">
            <w:pPr>
              <w:rPr>
                <w:lang w:val="fr-FR"/>
              </w:rPr>
            </w:pPr>
          </w:p>
        </w:tc>
        <w:tc>
          <w:tcPr>
            <w:tcW w:w="1120" w:type="dxa"/>
          </w:tcPr>
          <w:p w:rsidR="00F510AE" w:rsidRPr="00786977" w:rsidRDefault="00F510AE" w:rsidP="00C83DA8">
            <w:pPr>
              <w:rPr>
                <w:lang w:val="fr-FR"/>
              </w:rPr>
            </w:pP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Champagne</w:t>
            </w:r>
          </w:p>
        </w:tc>
        <w:tc>
          <w:tcPr>
            <w:tcW w:w="2552" w:type="dxa"/>
          </w:tcPr>
          <w:p w:rsidR="00E44829" w:rsidRPr="00786977" w:rsidRDefault="00E44829">
            <w:r>
              <w:t>Champagne</w:t>
            </w:r>
          </w:p>
        </w:tc>
        <w:tc>
          <w:tcPr>
            <w:tcW w:w="3827" w:type="dxa"/>
          </w:tcPr>
          <w:p w:rsidR="00E44829" w:rsidRPr="0097720D" w:rsidRDefault="00E44829" w:rsidP="007A13BE">
            <w:r w:rsidRPr="00E44829">
              <w:t>“</w:t>
            </w:r>
            <w:proofErr w:type="spellStart"/>
            <w:r w:rsidRPr="00E44829">
              <w:t>Gourmandise</w:t>
            </w:r>
            <w:proofErr w:type="spellEnd"/>
            <w:r w:rsidRPr="00E44829">
              <w:t>”</w:t>
            </w:r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Bernard </w:t>
            </w:r>
            <w:proofErr w:type="spellStart"/>
            <w:r w:rsidRPr="00786977">
              <w:t>Figuet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 w:rsidRPr="00786977">
              <w:t xml:space="preserve">Char </w:t>
            </w:r>
            <w:proofErr w:type="spellStart"/>
            <w:r w:rsidRPr="00786977">
              <w:t>Meun</w:t>
            </w:r>
            <w:proofErr w:type="spellEnd"/>
            <w:r w:rsidRPr="00786977">
              <w:t xml:space="preserve"> PN</w:t>
            </w:r>
          </w:p>
        </w:tc>
        <w:tc>
          <w:tcPr>
            <w:tcW w:w="1418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120" w:type="dxa"/>
          </w:tcPr>
          <w:p w:rsidR="00E44829" w:rsidRPr="00786977" w:rsidRDefault="00E44829">
            <w:r w:rsidRPr="00786977">
              <w:t>15,90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Champagne</w:t>
            </w:r>
          </w:p>
        </w:tc>
        <w:tc>
          <w:tcPr>
            <w:tcW w:w="2552" w:type="dxa"/>
          </w:tcPr>
          <w:p w:rsidR="00E44829" w:rsidRPr="00786977" w:rsidRDefault="00E44829">
            <w:r w:rsidRPr="0097720D">
              <w:t>Champagne</w:t>
            </w:r>
          </w:p>
        </w:tc>
        <w:tc>
          <w:tcPr>
            <w:tcW w:w="3827" w:type="dxa"/>
          </w:tcPr>
          <w:p w:rsidR="00E44829" w:rsidRPr="0097720D" w:rsidRDefault="00E44829" w:rsidP="007A13BE">
            <w:r w:rsidRPr="00E44829">
              <w:t xml:space="preserve">“Rosé </w:t>
            </w:r>
            <w:proofErr w:type="spellStart"/>
            <w:r w:rsidRPr="00E44829">
              <w:t>Sauvage</w:t>
            </w:r>
            <w:proofErr w:type="spellEnd"/>
            <w:r w:rsidRPr="00E44829">
              <w:t>”</w:t>
            </w:r>
          </w:p>
        </w:tc>
        <w:tc>
          <w:tcPr>
            <w:tcW w:w="1739" w:type="dxa"/>
          </w:tcPr>
          <w:p w:rsidR="00E44829" w:rsidRPr="00786977" w:rsidRDefault="00E44829">
            <w:r w:rsidRPr="00786977">
              <w:t xml:space="preserve">Bernard </w:t>
            </w:r>
            <w:proofErr w:type="spellStart"/>
            <w:r w:rsidRPr="00786977">
              <w:t>Figuet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r>
              <w:t>Pinot Noir</w:t>
            </w:r>
          </w:p>
        </w:tc>
        <w:tc>
          <w:tcPr>
            <w:tcW w:w="1418" w:type="dxa"/>
          </w:tcPr>
          <w:p w:rsidR="00E44829" w:rsidRPr="00786977" w:rsidRDefault="00E44829">
            <w:proofErr w:type="spellStart"/>
            <w:r w:rsidRPr="00786977">
              <w:t>Hve</w:t>
            </w:r>
            <w:proofErr w:type="spellEnd"/>
          </w:p>
        </w:tc>
        <w:tc>
          <w:tcPr>
            <w:tcW w:w="1120" w:type="dxa"/>
          </w:tcPr>
          <w:p w:rsidR="00E44829" w:rsidRPr="00786977" w:rsidRDefault="00E44829">
            <w:r w:rsidRPr="00786977">
              <w:t>18,25</w:t>
            </w:r>
          </w:p>
        </w:tc>
      </w:tr>
      <w:tr w:rsidR="00E44829" w:rsidRPr="00786977" w:rsidTr="00E44829">
        <w:tc>
          <w:tcPr>
            <w:tcW w:w="2518" w:type="dxa"/>
          </w:tcPr>
          <w:p w:rsidR="00E44829" w:rsidRPr="00786977" w:rsidRDefault="00E44829">
            <w:r w:rsidRPr="00786977">
              <w:t>Languedoc</w:t>
            </w:r>
          </w:p>
        </w:tc>
        <w:tc>
          <w:tcPr>
            <w:tcW w:w="2552" w:type="dxa"/>
          </w:tcPr>
          <w:p w:rsidR="00E44829" w:rsidRPr="00786977" w:rsidRDefault="00E44829">
            <w:r>
              <w:t>VDF</w:t>
            </w:r>
            <w:r w:rsidR="00F510AE">
              <w:t xml:space="preserve">    “Pet Nat”</w:t>
            </w:r>
          </w:p>
        </w:tc>
        <w:tc>
          <w:tcPr>
            <w:tcW w:w="3827" w:type="dxa"/>
          </w:tcPr>
          <w:p w:rsidR="00E44829" w:rsidRDefault="00E44829" w:rsidP="007A13BE">
            <w:proofErr w:type="spellStart"/>
            <w:r w:rsidRPr="00786977">
              <w:t>Tailleur</w:t>
            </w:r>
            <w:proofErr w:type="spellEnd"/>
            <w:r w:rsidRPr="00786977">
              <w:t xml:space="preserve"> de </w:t>
            </w:r>
            <w:proofErr w:type="spellStart"/>
            <w:r w:rsidRPr="00786977">
              <w:t>Vins</w:t>
            </w:r>
            <w:proofErr w:type="spellEnd"/>
            <w:r w:rsidRPr="00786977">
              <w:t xml:space="preserve"> “Vivant”</w:t>
            </w:r>
          </w:p>
        </w:tc>
        <w:tc>
          <w:tcPr>
            <w:tcW w:w="1739" w:type="dxa"/>
          </w:tcPr>
          <w:p w:rsidR="00E44829" w:rsidRPr="00786977" w:rsidRDefault="00E44829">
            <w:proofErr w:type="spellStart"/>
            <w:r>
              <w:t>Pierreet</w:t>
            </w:r>
            <w:r w:rsidRPr="00786977">
              <w:t>Antonin</w:t>
            </w:r>
            <w:proofErr w:type="spellEnd"/>
          </w:p>
        </w:tc>
        <w:tc>
          <w:tcPr>
            <w:tcW w:w="1701" w:type="dxa"/>
          </w:tcPr>
          <w:p w:rsidR="00E44829" w:rsidRPr="00786977" w:rsidRDefault="00E44829">
            <w:proofErr w:type="spellStart"/>
            <w:r w:rsidRPr="00786977">
              <w:t>Souvigné</w:t>
            </w:r>
            <w:proofErr w:type="spellEnd"/>
            <w:r w:rsidRPr="00786977">
              <w:t xml:space="preserve"> Gris</w:t>
            </w:r>
          </w:p>
        </w:tc>
        <w:tc>
          <w:tcPr>
            <w:tcW w:w="1418" w:type="dxa"/>
          </w:tcPr>
          <w:p w:rsidR="00E44829" w:rsidRPr="00786977" w:rsidRDefault="00E44829">
            <w:r w:rsidRPr="00786977">
              <w:t>Bio</w:t>
            </w:r>
          </w:p>
        </w:tc>
        <w:tc>
          <w:tcPr>
            <w:tcW w:w="1120" w:type="dxa"/>
          </w:tcPr>
          <w:p w:rsidR="00E44829" w:rsidRPr="00786977" w:rsidRDefault="00E44829">
            <w:r w:rsidRPr="00786977">
              <w:t>7.95</w:t>
            </w:r>
          </w:p>
        </w:tc>
      </w:tr>
    </w:tbl>
    <w:p w:rsidR="00E61936" w:rsidRPr="00786977" w:rsidRDefault="0007299C">
      <w:pPr>
        <w:rPr>
          <w:lang w:val="fr-FR"/>
        </w:rPr>
      </w:pPr>
      <w:r w:rsidRPr="00786977">
        <w:rPr>
          <w:lang w:val="fr-FR"/>
        </w:rPr>
        <w:br/>
        <w:t>Sélection de vins indépendants, bio, nature, HVE et biodynamiques.</w:t>
      </w:r>
    </w:p>
    <w:p w:rsidR="00E61936" w:rsidRPr="00786977" w:rsidRDefault="0007299C">
      <w:pPr>
        <w:rPr>
          <w:lang w:val="fr-FR"/>
        </w:rPr>
      </w:pPr>
      <w:r w:rsidRPr="00786977">
        <w:rPr>
          <w:lang w:val="fr-FR"/>
        </w:rPr>
        <w:t xml:space="preserve">Franco par 48 cols minimum • Port 10 € sous 48 cols • Retrait </w:t>
      </w:r>
      <w:r w:rsidR="00786977">
        <w:rPr>
          <w:lang w:val="fr-FR"/>
        </w:rPr>
        <w:t>a Quai</w:t>
      </w:r>
      <w:r w:rsidRPr="00786977">
        <w:rPr>
          <w:lang w:val="fr-FR"/>
        </w:rPr>
        <w:t xml:space="preserve"> Paris 12e</w:t>
      </w:r>
    </w:p>
    <w:sectPr w:rsidR="00E61936" w:rsidRPr="00786977" w:rsidSect="00034616">
      <w:pgSz w:w="15840" w:h="12240" w:orient="landscape"/>
      <w:pgMar w:top="397" w:right="397" w:bottom="397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B17" w:rsidRDefault="00472B17" w:rsidP="008C4B8E">
      <w:pPr>
        <w:spacing w:after="0" w:line="240" w:lineRule="auto"/>
      </w:pPr>
      <w:r>
        <w:separator/>
      </w:r>
    </w:p>
  </w:endnote>
  <w:endnote w:type="continuationSeparator" w:id="0">
    <w:p w:rsidR="00472B17" w:rsidRDefault="00472B17" w:rsidP="008C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B17" w:rsidRDefault="00472B17" w:rsidP="008C4B8E">
      <w:pPr>
        <w:spacing w:after="0" w:line="240" w:lineRule="auto"/>
      </w:pPr>
      <w:r>
        <w:separator/>
      </w:r>
    </w:p>
  </w:footnote>
  <w:footnote w:type="continuationSeparator" w:id="0">
    <w:p w:rsidR="00472B17" w:rsidRDefault="00472B17" w:rsidP="008C4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99C"/>
    <w:rsid w:val="000D06AF"/>
    <w:rsid w:val="0015074B"/>
    <w:rsid w:val="0028368E"/>
    <w:rsid w:val="0029639D"/>
    <w:rsid w:val="00326F90"/>
    <w:rsid w:val="00352F85"/>
    <w:rsid w:val="00472B17"/>
    <w:rsid w:val="004D3BDF"/>
    <w:rsid w:val="004E7007"/>
    <w:rsid w:val="00504521"/>
    <w:rsid w:val="005D3916"/>
    <w:rsid w:val="00660EBB"/>
    <w:rsid w:val="0067516D"/>
    <w:rsid w:val="00786977"/>
    <w:rsid w:val="007F1130"/>
    <w:rsid w:val="00842110"/>
    <w:rsid w:val="008C4B8E"/>
    <w:rsid w:val="00AA1D8D"/>
    <w:rsid w:val="00AB26E5"/>
    <w:rsid w:val="00B47730"/>
    <w:rsid w:val="00CB0664"/>
    <w:rsid w:val="00CB12DD"/>
    <w:rsid w:val="00D11906"/>
    <w:rsid w:val="00D67EEA"/>
    <w:rsid w:val="00DF0A0C"/>
    <w:rsid w:val="00E44829"/>
    <w:rsid w:val="00E61936"/>
    <w:rsid w:val="00E76B58"/>
    <w:rsid w:val="00F510AE"/>
    <w:rsid w:val="00F70E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68E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7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99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70E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68E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7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99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70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esvinspop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3981CB-03FA-41F1-B36D-1CB027DC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2602</TotalTime>
  <Pages>2</Pages>
  <Words>787</Words>
  <Characters>4330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U02</cp:lastModifiedBy>
  <cp:revision>13</cp:revision>
  <cp:lastPrinted>2026-06-30T08:49:00Z</cp:lastPrinted>
  <dcterms:created xsi:type="dcterms:W3CDTF">2026-06-16T14:23:00Z</dcterms:created>
  <dcterms:modified xsi:type="dcterms:W3CDTF">2026-08-04T10:50:00Z</dcterms:modified>
</cp:coreProperties>
</file>